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i w:val="0"/>
          <w:color w:val="0F172A"/>
          <w:sz w:val="30"/>
        </w:rPr>
        <w:t>CHRISTMAS EMAILS TO STAFF</w:t>
      </w:r>
    </w:p>
    <w:p>
      <w:pPr>
        <w:jc w:val="center"/>
      </w:pPr>
      <w:r>
        <w:rPr>
          <w:rFonts w:ascii="Calibri" w:hAnsi="Calibri"/>
          <w:b w:val="0"/>
          <w:i/>
          <w:color w:val="64748B"/>
          <w:sz w:val="22"/>
        </w:rPr>
        <w:t>Templates for small businesses in Malta, from Book Time Off</w:t>
      </w:r>
    </w:p>
    <w:p>
      <w:pPr>
        <w:spacing w:after="240"/>
      </w:pPr>
      <w:r>
        <w:rPr>
          <w:rFonts w:ascii="Calibri" w:hAnsi="Calibri"/>
          <w:b w:val="0"/>
          <w:i w:val="0"/>
          <w:color w:val="334155"/>
          <w:sz w:val="22"/>
        </w:rPr>
        <w:t xml:space="preserve">Swap everything in </w:t>
      </w:r>
      <w:r>
        <w:rPr>
          <w:rFonts w:ascii="Calibri" w:hAnsi="Calibri"/>
          <w:b/>
          <w:i w:val="0"/>
          <w:color w:val="3B5BFF"/>
          <w:sz w:val="22"/>
        </w:rPr>
        <w:t>[blue brackets]</w:t>
      </w:r>
      <w:r>
        <w:rPr>
          <w:rFonts w:ascii="Calibri" w:hAnsi="Calibri"/>
          <w:b w:val="0"/>
          <w:i w:val="0"/>
          <w:color w:val="334155"/>
          <w:sz w:val="22"/>
        </w:rPr>
        <w:t xml:space="preserve"> for your own dates and details, read the notes, then delete them before you send. The dates shown are for Christmas 2026 in Malta.</w:t>
      </w:r>
    </w:p>
    <w:p>
      <w:pPr>
        <w:spacing w:before="320" w:after="120"/>
        <w:pBdr>
          <w:bottom w:val="single" w:sz="4" w:space="4" w:color="EEF2FF"/>
        </w:pBdr>
      </w:pPr>
      <w:r>
        <w:rPr>
          <w:rFonts w:ascii="Calibri" w:hAnsi="Calibri"/>
          <w:b/>
          <w:i w:val="0"/>
          <w:color w:val="0F172A"/>
          <w:sz w:val="26"/>
        </w:rPr>
        <w:t>1. The Christmas plan email</w:t>
      </w:r>
    </w:p>
    <w:p>
      <w:pPr>
        <w:spacing w:after="160"/>
      </w:pPr>
      <w:r>
        <w:rPr>
          <w:rFonts w:ascii="Calibri" w:hAnsi="Calibri"/>
          <w:b w:val="0"/>
          <w:i w:val="0"/>
          <w:color w:val="0F172A"/>
          <w:sz w:val="22"/>
        </w:rPr>
        <w:t xml:space="preserve">Subject: Christmas plans - have a read and get your requests in by </w:t>
      </w:r>
      <w:r>
        <w:rPr>
          <w:rFonts w:ascii="Calibri" w:hAnsi="Calibri"/>
          <w:b/>
          <w:i w:val="0"/>
          <w:color w:val="3B5BFF"/>
          <w:sz w:val="22"/>
        </w:rPr>
        <w:t>[30 October]</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Here's the plan for Christmas so nobody's guessing.</w:t>
      </w:r>
    </w:p>
    <w:p>
      <w:pPr>
        <w:spacing w:after="120"/>
      </w:pPr>
      <w:r>
        <w:rPr>
          <w:rFonts w:ascii="Calibri" w:hAnsi="Calibri"/>
          <w:b w:val="0"/>
          <w:i w:val="0"/>
          <w:color w:val="334155"/>
          <w:sz w:val="22"/>
        </w:rPr>
        <w:t xml:space="preserve">We're open as normal until </w:t>
      </w:r>
      <w:r>
        <w:rPr>
          <w:rFonts w:ascii="Calibri" w:hAnsi="Calibri"/>
          <w:b/>
          <w:i w:val="0"/>
          <w:color w:val="3B5BFF"/>
          <w:sz w:val="22"/>
        </w:rPr>
        <w:t>[1pm on Thursday 24 December]</w:t>
      </w:r>
      <w:r>
        <w:rPr>
          <w:rFonts w:ascii="Calibri" w:hAnsi="Calibri"/>
          <w:b w:val="0"/>
          <w:i w:val="0"/>
          <w:color w:val="334155"/>
          <w:sz w:val="22"/>
        </w:rPr>
        <w:t xml:space="preserve"> and we're back on </w:t>
      </w:r>
      <w:r>
        <w:rPr>
          <w:rFonts w:ascii="Calibri" w:hAnsi="Calibri"/>
          <w:b/>
          <w:i w:val="0"/>
          <w:color w:val="3B5BFF"/>
          <w:sz w:val="22"/>
        </w:rPr>
        <w:t>[Monday 4 January]</w:t>
      </w:r>
      <w:r>
        <w:rPr>
          <w:rFonts w:ascii="Calibri" w:hAnsi="Calibri"/>
          <w:b w:val="0"/>
          <w:i w:val="0"/>
          <w:color w:val="334155"/>
          <w:sz w:val="22"/>
        </w:rPr>
        <w:t>.</w:t>
      </w:r>
    </w:p>
    <w:p>
      <w:pPr>
        <w:spacing w:after="120"/>
      </w:pPr>
      <w:r>
        <w:rPr>
          <w:rFonts w:ascii="Calibri" w:hAnsi="Calibri"/>
          <w:b w:val="0"/>
          <w:i w:val="0"/>
          <w:color w:val="334155"/>
          <w:sz w:val="22"/>
        </w:rPr>
        <w:t>Christmas Day and New Year's Day are public holidays and don't come out of your leave. The days in between (</w:t>
      </w:r>
      <w:r>
        <w:rPr>
          <w:rFonts w:ascii="Calibri" w:hAnsi="Calibri"/>
          <w:b/>
          <w:i w:val="0"/>
          <w:color w:val="3B5BFF"/>
          <w:sz w:val="22"/>
        </w:rPr>
        <w:t>[28 to 31 December]</w:t>
      </w:r>
      <w:r>
        <w:rPr>
          <w:rFonts w:ascii="Calibri" w:hAnsi="Calibri"/>
          <w:b w:val="0"/>
          <w:i w:val="0"/>
          <w:color w:val="334155"/>
          <w:sz w:val="22"/>
        </w:rPr>
        <w:t xml:space="preserve">) will, so please keep </w:t>
      </w:r>
      <w:r>
        <w:rPr>
          <w:rFonts w:ascii="Calibri" w:hAnsi="Calibri"/>
          <w:b/>
          <w:i w:val="0"/>
          <w:color w:val="3B5BFF"/>
          <w:sz w:val="22"/>
        </w:rPr>
        <w:t>[4.5]</w:t>
      </w:r>
      <w:r>
        <w:rPr>
          <w:rFonts w:ascii="Calibri" w:hAnsi="Calibri"/>
          <w:b w:val="0"/>
          <w:i w:val="0"/>
          <w:color w:val="334155"/>
          <w:sz w:val="22"/>
        </w:rPr>
        <w:t xml:space="preserve"> days back for them. If that's going to be a problem for you, come and talk to me before </w:t>
      </w:r>
      <w:r>
        <w:rPr>
          <w:rFonts w:ascii="Calibri" w:hAnsi="Calibri"/>
          <w:b/>
          <w:i w:val="0"/>
          <w:color w:val="3B5BFF"/>
          <w:sz w:val="22"/>
        </w:rPr>
        <w:t>[30 October]</w:t>
      </w:r>
      <w:r>
        <w:rPr>
          <w:rFonts w:ascii="Calibri" w:hAnsi="Calibri"/>
          <w:b w:val="0"/>
          <w:i w:val="0"/>
          <w:color w:val="334155"/>
          <w:sz w:val="22"/>
        </w:rPr>
        <w:t>.</w:t>
      </w:r>
    </w:p>
    <w:p>
      <w:pPr>
        <w:spacing w:after="120"/>
      </w:pPr>
      <w:r>
        <w:rPr>
          <w:rFonts w:ascii="Calibri" w:hAnsi="Calibri"/>
          <w:b w:val="0"/>
          <w:i w:val="0"/>
          <w:color w:val="334155"/>
          <w:sz w:val="22"/>
        </w:rPr>
        <w:t>Republic Day falls on a Sunday this year, so everyone gets an extra day of leave for 2026. Feel free to use it over Christmas.</w:t>
      </w:r>
    </w:p>
    <w:p>
      <w:pPr>
        <w:spacing w:after="120"/>
      </w:pPr>
      <w:r>
        <w:rPr>
          <w:rFonts w:ascii="Calibri" w:hAnsi="Calibri"/>
          <w:b w:val="0"/>
          <w:i w:val="0"/>
          <w:color w:val="334155"/>
          <w:sz w:val="22"/>
        </w:rPr>
        <w:t xml:space="preserve">If you want any other time off in December, please get it booked by </w:t>
      </w:r>
      <w:r>
        <w:rPr>
          <w:rFonts w:ascii="Calibri" w:hAnsi="Calibri"/>
          <w:b/>
          <w:i w:val="0"/>
          <w:color w:val="3B5BFF"/>
          <w:sz w:val="22"/>
        </w:rPr>
        <w:t>[30 October]</w:t>
      </w:r>
      <w:r>
        <w:rPr>
          <w:rFonts w:ascii="Calibri" w:hAnsi="Calibri"/>
          <w:b w:val="0"/>
          <w:i w:val="0"/>
          <w:color w:val="334155"/>
          <w:sz w:val="22"/>
        </w:rPr>
        <w:t xml:space="preserve">. We can have </w:t>
      </w:r>
      <w:r>
        <w:rPr>
          <w:rFonts w:ascii="Calibri" w:hAnsi="Calibri"/>
          <w:b/>
          <w:i w:val="0"/>
          <w:color w:val="3B5BFF"/>
          <w:sz w:val="22"/>
        </w:rPr>
        <w:t>[2]</w:t>
      </w:r>
      <w:r>
        <w:rPr>
          <w:rFonts w:ascii="Calibri" w:hAnsi="Calibri"/>
          <w:b w:val="0"/>
          <w:i w:val="0"/>
          <w:color w:val="334155"/>
          <w:sz w:val="22"/>
        </w:rPr>
        <w:t xml:space="preserve"> people off in each team on any one day and it's first come, first served. If two requests come in together, whoever worked last Christmas gets first pick.</w:t>
      </w:r>
    </w:p>
    <w:p>
      <w:pPr>
        <w:spacing w:after="120"/>
      </w:pPr>
      <w:r>
        <w:rPr>
          <w:rFonts w:ascii="Calibri" w:hAnsi="Calibri"/>
          <w:b w:val="0"/>
          <w:i w:val="0"/>
          <w:color w:val="334155"/>
          <w:sz w:val="22"/>
        </w:rPr>
        <w:t xml:space="preserve">Anything urgent while we're closed, ring </w:t>
      </w:r>
      <w:r>
        <w:rPr>
          <w:rFonts w:ascii="Calibri" w:hAnsi="Calibri"/>
          <w:b/>
          <w:i w:val="0"/>
          <w:color w:val="3B5BFF"/>
          <w:sz w:val="22"/>
        </w:rPr>
        <w:t>[name]</w:t>
      </w:r>
      <w:r>
        <w:rPr>
          <w:rFonts w:ascii="Calibri" w:hAnsi="Calibri"/>
          <w:b w:val="0"/>
          <w:i w:val="0"/>
          <w:color w:val="334155"/>
          <w:sz w:val="22"/>
        </w:rPr>
        <w:t xml:space="preserve"> on </w:t>
      </w:r>
      <w:r>
        <w:rPr>
          <w:rFonts w:ascii="Calibri" w:hAnsi="Calibri"/>
          <w:b/>
          <w:i w:val="0"/>
          <w:color w:val="3B5BFF"/>
          <w:sz w:val="22"/>
        </w:rPr>
        <w:t>[number]</w:t>
      </w:r>
      <w:r>
        <w:rPr>
          <w:rFonts w:ascii="Calibri" w:hAnsi="Calibri"/>
          <w:b w:val="0"/>
          <w:i w:val="0"/>
          <w:color w:val="334155"/>
          <w:sz w:val="22"/>
        </w:rPr>
        <w:t>.</w:t>
      </w:r>
    </w:p>
    <w:p>
      <w:pPr>
        <w:spacing w:after="120"/>
      </w:pPr>
      <w:r>
        <w:rPr>
          <w:rFonts w:ascii="Calibri" w:hAnsi="Calibri"/>
          <w:b w:val="0"/>
          <w:i w:val="0"/>
          <w:color w:val="334155"/>
          <w:sz w:val="22"/>
        </w:rPr>
        <w:t>Any questions, just ask.</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in the first week of October. In 2026 three public holidays fall on a weekend, so a full-timer's leave for the year is 216 hours (27 eight-hour days). The 4.5 days assumes you close at 1pm on Christmas Eve.</w:t>
      </w:r>
    </w:p>
    <w:p>
      <w:pPr>
        <w:spacing w:before="320" w:after="120"/>
        <w:pBdr>
          <w:bottom w:val="single" w:sz="4" w:space="4" w:color="EEF2FF"/>
        </w:pBdr>
      </w:pPr>
      <w:r>
        <w:rPr>
          <w:rFonts w:ascii="Calibri" w:hAnsi="Calibri"/>
          <w:b/>
          <w:i w:val="0"/>
          <w:color w:val="0F172A"/>
          <w:sz w:val="26"/>
        </w:rPr>
        <w:t>2. Christmas closure email to staff</w:t>
      </w:r>
    </w:p>
    <w:p>
      <w:pPr>
        <w:spacing w:after="160"/>
      </w:pPr>
      <w:r>
        <w:rPr>
          <w:rFonts w:ascii="Calibri" w:hAnsi="Calibri"/>
          <w:b w:val="0"/>
          <w:i w:val="0"/>
          <w:color w:val="0F172A"/>
          <w:sz w:val="22"/>
        </w:rPr>
        <w:t xml:space="preserve">Subject: Christmas closure: </w:t>
      </w:r>
      <w:r>
        <w:rPr>
          <w:rFonts w:ascii="Calibri" w:hAnsi="Calibri"/>
          <w:b/>
          <w:i w:val="0"/>
          <w:color w:val="3B5BFF"/>
          <w:sz w:val="22"/>
        </w:rPr>
        <w:t>[24 December]</w:t>
      </w:r>
      <w:r>
        <w:rPr>
          <w:rFonts w:ascii="Calibri" w:hAnsi="Calibri"/>
          <w:b w:val="0"/>
          <w:i w:val="0"/>
          <w:color w:val="0F172A"/>
          <w:sz w:val="22"/>
        </w:rPr>
        <w:t xml:space="preserve"> to </w:t>
      </w:r>
      <w:r>
        <w:rPr>
          <w:rFonts w:ascii="Calibri" w:hAnsi="Calibri"/>
          <w:b/>
          <w:i w:val="0"/>
          <w:color w:val="3B5BFF"/>
          <w:sz w:val="22"/>
        </w:rPr>
        <w:t>[3 January]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We're planning to close for Christmas from </w:t>
      </w:r>
      <w:r>
        <w:rPr>
          <w:rFonts w:ascii="Calibri" w:hAnsi="Calibri"/>
          <w:b/>
          <w:i w:val="0"/>
          <w:color w:val="3B5BFF"/>
          <w:sz w:val="22"/>
        </w:rPr>
        <w:t>[1pm on Thursday 24 December]</w:t>
      </w:r>
      <w:r>
        <w:rPr>
          <w:rFonts w:ascii="Calibri" w:hAnsi="Calibri"/>
          <w:b w:val="0"/>
          <w:i w:val="0"/>
          <w:color w:val="334155"/>
          <w:sz w:val="22"/>
        </w:rPr>
        <w:t xml:space="preserve"> until </w:t>
      </w:r>
      <w:r>
        <w:rPr>
          <w:rFonts w:ascii="Calibri" w:hAnsi="Calibri"/>
          <w:b/>
          <w:i w:val="0"/>
          <w:color w:val="3B5BFF"/>
          <w:sz w:val="22"/>
        </w:rPr>
        <w:t>[Sunday 3 January]</w:t>
      </w:r>
      <w:r>
        <w:rPr>
          <w:rFonts w:ascii="Calibri" w:hAnsi="Calibri"/>
          <w:b w:val="0"/>
          <w:i w:val="0"/>
          <w:color w:val="334155"/>
          <w:sz w:val="22"/>
        </w:rPr>
        <w:t xml:space="preserve">, and we're back on </w:t>
      </w:r>
      <w:r>
        <w:rPr>
          <w:rFonts w:ascii="Calibri" w:hAnsi="Calibri"/>
          <w:b/>
          <w:i w:val="0"/>
          <w:color w:val="3B5BFF"/>
          <w:sz w:val="22"/>
        </w:rPr>
        <w:t>[Monday 4 January]</w:t>
      </w:r>
      <w:r>
        <w:rPr>
          <w:rFonts w:ascii="Calibri" w:hAnsi="Calibri"/>
          <w:b w:val="0"/>
          <w:i w:val="0"/>
          <w:color w:val="334155"/>
          <w:sz w:val="22"/>
        </w:rPr>
        <w:t>.</w:t>
      </w:r>
    </w:p>
    <w:p>
      <w:pPr>
        <w:spacing w:after="120"/>
      </w:pPr>
      <w:r>
        <w:rPr>
          <w:rFonts w:ascii="Calibri" w:hAnsi="Calibri"/>
          <w:b w:val="0"/>
          <w:i w:val="0"/>
          <w:color w:val="334155"/>
          <w:sz w:val="22"/>
        </w:rPr>
        <w:t xml:space="preserve">The reason is simple: </w:t>
      </w:r>
      <w:r>
        <w:rPr>
          <w:rFonts w:ascii="Calibri" w:hAnsi="Calibri"/>
          <w:b/>
          <w:i w:val="0"/>
          <w:color w:val="3B5BFF"/>
          <w:sz w:val="22"/>
        </w:rPr>
        <w:t>[it's our quietest week of the year and our customers are closed too]</w:t>
      </w:r>
      <w:r>
        <w:rPr>
          <w:rFonts w:ascii="Calibri" w:hAnsi="Calibri"/>
          <w:b w:val="0"/>
          <w:i w:val="0"/>
          <w:color w:val="334155"/>
          <w:sz w:val="22"/>
        </w:rPr>
        <w:t>, so it makes more sense for everyone to have a proper break at the same time.</w:t>
      </w:r>
    </w:p>
    <w:p>
      <w:pPr>
        <w:spacing w:after="120"/>
      </w:pPr>
      <w:r>
        <w:rPr>
          <w:rFonts w:ascii="Calibri" w:hAnsi="Calibri"/>
          <w:b w:val="0"/>
          <w:i w:val="0"/>
          <w:color w:val="334155"/>
          <w:sz w:val="22"/>
        </w:rPr>
        <w:t>Christmas Day and New Year's Day are public holidays. The other working days (</w:t>
      </w:r>
      <w:r>
        <w:rPr>
          <w:rFonts w:ascii="Calibri" w:hAnsi="Calibri"/>
          <w:b/>
          <w:i w:val="0"/>
          <w:color w:val="3B5BFF"/>
          <w:sz w:val="22"/>
        </w:rPr>
        <w:t>[Christmas Eve afternoon and 28 to 31 December]</w:t>
      </w:r>
      <w:r>
        <w:rPr>
          <w:rFonts w:ascii="Calibri" w:hAnsi="Calibri"/>
          <w:b w:val="0"/>
          <w:i w:val="0"/>
          <w:color w:val="334155"/>
          <w:sz w:val="22"/>
        </w:rPr>
        <w:t xml:space="preserve">) would come out of your leave, which is </w:t>
      </w:r>
      <w:r>
        <w:rPr>
          <w:rFonts w:ascii="Calibri" w:hAnsi="Calibri"/>
          <w:b/>
          <w:i w:val="0"/>
          <w:color w:val="3B5BFF"/>
          <w:sz w:val="22"/>
        </w:rPr>
        <w:t>[4.5]</w:t>
      </w:r>
      <w:r>
        <w:rPr>
          <w:rFonts w:ascii="Calibri" w:hAnsi="Calibri"/>
          <w:b w:val="0"/>
          <w:i w:val="0"/>
          <w:color w:val="334155"/>
          <w:sz w:val="22"/>
        </w:rPr>
        <w:t xml:space="preserve"> days for a full-timer, less if you're part-time.</w:t>
      </w:r>
    </w:p>
    <w:p>
      <w:pPr>
        <w:spacing w:after="120"/>
      </w:pPr>
      <w:r>
        <w:rPr>
          <w:rFonts w:ascii="Calibri" w:hAnsi="Calibri"/>
          <w:b w:val="0"/>
          <w:i w:val="0"/>
          <w:color w:val="334155"/>
          <w:sz w:val="22"/>
        </w:rPr>
        <w:t xml:space="preserve">If this causes you a problem, whether that's family plans or not having enough leave left, please tell me before </w:t>
      </w:r>
      <w:r>
        <w:rPr>
          <w:rFonts w:ascii="Calibri" w:hAnsi="Calibri"/>
          <w:b/>
          <w:i w:val="0"/>
          <w:color w:val="3B5BFF"/>
          <w:sz w:val="22"/>
        </w:rPr>
        <w:t>[30 October]</w:t>
      </w:r>
      <w:r>
        <w:rPr>
          <w:rFonts w:ascii="Calibri" w:hAnsi="Calibri"/>
          <w:b w:val="0"/>
          <w:i w:val="0"/>
          <w:color w:val="334155"/>
          <w:sz w:val="22"/>
        </w:rPr>
        <w:t xml:space="preserve"> and we'll sort something out.</w:t>
      </w:r>
    </w:p>
    <w:p>
      <w:pPr>
        <w:spacing w:after="120"/>
      </w:pPr>
      <w:r>
        <w:rPr>
          <w:rFonts w:ascii="Calibri" w:hAnsi="Calibri"/>
          <w:b w:val="0"/>
          <w:i w:val="0"/>
          <w:color w:val="334155"/>
          <w:sz w:val="22"/>
        </w:rPr>
        <w:t>Thanks, and I hope you all get a proper rest.</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Unless a collective agreement says otherwise, you can use at most 12 working days of an employee's leave a year for shutdowns, including bridge days, and you must give a written statement justifying forced leave in good time. DIER's guidance is to announce shutdowns by the end of January. Part-timers only use leave for closed days they'd normally work.</w:t>
      </w:r>
    </w:p>
    <w:p>
      <w:pPr>
        <w:spacing w:before="320" w:after="120"/>
        <w:pBdr>
          <w:bottom w:val="single" w:sz="4" w:space="4" w:color="EEF2FF"/>
        </w:pBdr>
      </w:pPr>
      <w:r>
        <w:rPr>
          <w:rFonts w:ascii="Calibri" w:hAnsi="Calibri"/>
          <w:b/>
          <w:i w:val="0"/>
          <w:color w:val="0F172A"/>
          <w:sz w:val="26"/>
        </w:rPr>
        <w:t>3. Christmas opening hours email to staff</w:t>
      </w:r>
    </w:p>
    <w:p>
      <w:pPr>
        <w:spacing w:after="160"/>
      </w:pPr>
      <w:r>
        <w:rPr>
          <w:rFonts w:ascii="Calibri" w:hAnsi="Calibri"/>
          <w:b w:val="0"/>
          <w:i w:val="0"/>
          <w:color w:val="0F172A"/>
          <w:sz w:val="22"/>
        </w:rPr>
        <w:t>Subject: Christmas opening hours and rota</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Here are our Christmas opening hours and who's in when.</w:t>
      </w:r>
    </w:p>
    <w:p>
      <w:pPr>
        <w:pStyle w:val="ListBullet"/>
        <w:spacing w:after="40"/>
      </w:pPr>
      <w:r>
        <w:rPr>
          <w:rFonts w:ascii="Calibri" w:hAnsi="Calibri"/>
          <w:b w:val="0"/>
          <w:i w:val="0"/>
          <w:color w:val="334155"/>
          <w:sz w:val="22"/>
        </w:rPr>
        <w:t xml:space="preserve">Thursday 24 December: </w:t>
      </w:r>
      <w:r>
        <w:rPr>
          <w:rFonts w:ascii="Calibri" w:hAnsi="Calibri"/>
          <w:b/>
          <w:i w:val="0"/>
          <w:color w:val="3B5BFF"/>
          <w:sz w:val="22"/>
        </w:rPr>
        <w:t>[9am to 1pm]</w:t>
      </w:r>
    </w:p>
    <w:p>
      <w:pPr>
        <w:pStyle w:val="ListBullet"/>
        <w:spacing w:after="40"/>
      </w:pPr>
      <w:r>
        <w:rPr>
          <w:rFonts w:ascii="Calibri" w:hAnsi="Calibri"/>
          <w:b w:val="0"/>
          <w:i w:val="0"/>
          <w:color w:val="334155"/>
          <w:sz w:val="22"/>
        </w:rPr>
        <w:t>Friday 25 December: closed (Christmas Day)</w:t>
      </w:r>
    </w:p>
    <w:p>
      <w:pPr>
        <w:pStyle w:val="ListBullet"/>
        <w:spacing w:after="40"/>
      </w:pPr>
      <w:r>
        <w:rPr>
          <w:rFonts w:ascii="Calibri" w:hAnsi="Calibri"/>
          <w:b w:val="0"/>
          <w:i w:val="0"/>
          <w:color w:val="334155"/>
          <w:sz w:val="22"/>
        </w:rPr>
        <w:t xml:space="preserve">Monday 28 to Thursday 31 December: </w:t>
      </w:r>
      <w:r>
        <w:rPr>
          <w:rFonts w:ascii="Calibri" w:hAnsi="Calibri"/>
          <w:b/>
          <w:i w:val="0"/>
          <w:color w:val="3B5BFF"/>
          <w:sz w:val="22"/>
        </w:rPr>
        <w:t>[normal hours]</w:t>
      </w:r>
    </w:p>
    <w:p>
      <w:pPr>
        <w:pStyle w:val="ListBullet"/>
        <w:spacing w:after="40"/>
      </w:pPr>
      <w:r>
        <w:rPr>
          <w:rFonts w:ascii="Calibri" w:hAnsi="Calibri"/>
          <w:b w:val="0"/>
          <w:i w:val="0"/>
          <w:color w:val="334155"/>
          <w:sz w:val="22"/>
        </w:rPr>
        <w:t>Friday 1 January: closed (New Year's Day)</w:t>
      </w:r>
    </w:p>
    <w:p>
      <w:pPr>
        <w:spacing w:after="120"/>
      </w:pPr>
      <w:r>
        <w:rPr>
          <w:rFonts w:ascii="Calibri" w:hAnsi="Calibri"/>
          <w:b w:val="0"/>
          <w:i w:val="0"/>
          <w:color w:val="334155"/>
          <w:sz w:val="22"/>
        </w:rPr>
        <w:t xml:space="preserve">The rota is </w:t>
      </w:r>
      <w:r>
        <w:rPr>
          <w:rFonts w:ascii="Calibri" w:hAnsi="Calibri"/>
          <w:b/>
          <w:i w:val="0"/>
          <w:color w:val="3B5BFF"/>
          <w:sz w:val="22"/>
        </w:rPr>
        <w:t>[attached / on the noticeboard]</w:t>
      </w:r>
      <w:r>
        <w:rPr>
          <w:rFonts w:ascii="Calibri" w:hAnsi="Calibri"/>
          <w:b w:val="0"/>
          <w:i w:val="0"/>
          <w:color w:val="334155"/>
          <w:sz w:val="22"/>
        </w:rPr>
        <w:t xml:space="preserve">. If you're down to work a day you'd booked off, or you'd like to swap, tell me by </w:t>
      </w:r>
      <w:r>
        <w:rPr>
          <w:rFonts w:ascii="Calibri" w:hAnsi="Calibri"/>
          <w:b/>
          <w:i w:val="0"/>
          <w:color w:val="3B5BFF"/>
          <w:sz w:val="22"/>
        </w:rPr>
        <w:t>[date]</w:t>
      </w:r>
      <w:r>
        <w:rPr>
          <w:rFonts w:ascii="Calibri" w:hAnsi="Calibri"/>
          <w:b w:val="0"/>
          <w:i w:val="0"/>
          <w:color w:val="334155"/>
          <w:sz w:val="22"/>
        </w:rPr>
        <w:t>.</w:t>
      </w:r>
    </w:p>
    <w:p>
      <w:pPr>
        <w:spacing w:after="120"/>
      </w:pPr>
      <w:r>
        <w:rPr>
          <w:rFonts w:ascii="Calibri" w:hAnsi="Calibri"/>
          <w:b w:val="0"/>
          <w:i w:val="0"/>
          <w:color w:val="334155"/>
          <w:sz w:val="22"/>
        </w:rPr>
        <w:t xml:space="preserve">We can have </w:t>
      </w:r>
      <w:r>
        <w:rPr>
          <w:rFonts w:ascii="Calibri" w:hAnsi="Calibri"/>
          <w:b/>
          <w:i w:val="0"/>
          <w:color w:val="3B5BFF"/>
          <w:sz w:val="22"/>
        </w:rPr>
        <w:t>[2]</w:t>
      </w:r>
      <w:r>
        <w:rPr>
          <w:rFonts w:ascii="Calibri" w:hAnsi="Calibri"/>
          <w:b w:val="0"/>
          <w:i w:val="0"/>
          <w:color w:val="334155"/>
          <w:sz w:val="22"/>
        </w:rPr>
        <w:t xml:space="preserve"> people off in each team on any one day between Christmas and New Year, first come, first served. Please get any requests in by </w:t>
      </w:r>
      <w:r>
        <w:rPr>
          <w:rFonts w:ascii="Calibri" w:hAnsi="Calibri"/>
          <w:b/>
          <w:i w:val="0"/>
          <w:color w:val="3B5BFF"/>
          <w:sz w:val="22"/>
        </w:rPr>
        <w:t>[30 October]</w:t>
      </w:r>
      <w:r>
        <w:rPr>
          <w:rFonts w:ascii="Calibri" w:hAnsi="Calibri"/>
          <w:b w:val="0"/>
          <w:i w:val="0"/>
          <w:color w:val="334155"/>
          <w:sz w:val="22"/>
        </w:rPr>
        <w:t>.</w:t>
      </w:r>
    </w:p>
    <w:p>
      <w:pPr>
        <w:spacing w:after="120"/>
      </w:pPr>
      <w:r>
        <w:rPr>
          <w:rFonts w:ascii="Calibri" w:hAnsi="Calibri"/>
          <w:b w:val="0"/>
          <w:i w:val="0"/>
          <w:color w:val="334155"/>
          <w:sz w:val="22"/>
        </w:rPr>
        <w:t>Thanks to everyone who's working over Christmas. It's noticed.</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Staff who work a public holiday are entitled to be compensated for it. Check your sector's Wage Regulation Order or the contract for the rate.</w:t>
      </w:r>
    </w:p>
    <w:p>
      <w:pPr>
        <w:spacing w:before="320" w:after="120"/>
        <w:pBdr>
          <w:bottom w:val="single" w:sz="4" w:space="4" w:color="EEF2FF"/>
        </w:pBdr>
      </w:pPr>
      <w:r>
        <w:rPr>
          <w:rFonts w:ascii="Calibri" w:hAnsi="Calibri"/>
          <w:b/>
          <w:i w:val="0"/>
          <w:color w:val="0F172A"/>
          <w:sz w:val="26"/>
        </w:rPr>
        <w:t>4. Back in January email</w:t>
      </w:r>
    </w:p>
    <w:p>
      <w:pPr>
        <w:spacing w:after="160"/>
      </w:pPr>
      <w:r>
        <w:rPr>
          <w:rFonts w:ascii="Calibri" w:hAnsi="Calibri"/>
          <w:b w:val="0"/>
          <w:i w:val="0"/>
          <w:color w:val="0F172A"/>
          <w:sz w:val="22"/>
        </w:rPr>
        <w:t xml:space="preserve">Subject: See you on </w:t>
      </w:r>
      <w:r>
        <w:rPr>
          <w:rFonts w:ascii="Calibri" w:hAnsi="Calibri"/>
          <w:b/>
          <w:i w:val="0"/>
          <w:color w:val="3B5BFF"/>
          <w:sz w:val="22"/>
        </w:rPr>
        <w:t>[Monday 4 January]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Just a reminder that we're back on </w:t>
      </w:r>
      <w:r>
        <w:rPr>
          <w:rFonts w:ascii="Calibri" w:hAnsi="Calibri"/>
          <w:b/>
          <w:i w:val="0"/>
          <w:color w:val="3B5BFF"/>
          <w:sz w:val="22"/>
        </w:rPr>
        <w:t>[Monday 4 January]</w:t>
      </w:r>
      <w:r>
        <w:rPr>
          <w:rFonts w:ascii="Calibri" w:hAnsi="Calibri"/>
          <w:b w:val="0"/>
          <w:i w:val="0"/>
          <w:color w:val="334155"/>
          <w:sz w:val="22"/>
        </w:rPr>
        <w:t xml:space="preserve"> at </w:t>
      </w:r>
      <w:r>
        <w:rPr>
          <w:rFonts w:ascii="Calibri" w:hAnsi="Calibri"/>
          <w:b/>
          <w:i w:val="0"/>
          <w:color w:val="3B5BFF"/>
          <w:sz w:val="22"/>
        </w:rPr>
        <w:t>[the usual time]</w:t>
      </w:r>
      <w:r>
        <w:rPr>
          <w:rFonts w:ascii="Calibri" w:hAnsi="Calibri"/>
          <w:b w:val="0"/>
          <w:i w:val="0"/>
          <w:color w:val="334155"/>
          <w:sz w:val="22"/>
        </w:rPr>
        <w:t>.</w:t>
      </w:r>
    </w:p>
    <w:p>
      <w:pPr>
        <w:spacing w:after="120"/>
      </w:pPr>
      <w:r>
        <w:rPr>
          <w:rFonts w:ascii="Calibri" w:hAnsi="Calibri"/>
          <w:b w:val="0"/>
          <w:i w:val="0"/>
          <w:color w:val="334155"/>
          <w:sz w:val="22"/>
        </w:rPr>
        <w:t>Your 2027 leave starts on 1 January. If you're carrying any days over from 2026, remember you agreed to use them during 2027, so it's worth getting them booked early.</w:t>
      </w:r>
    </w:p>
    <w:p>
      <w:pPr>
        <w:spacing w:after="120"/>
      </w:pPr>
      <w:r>
        <w:rPr>
          <w:rFonts w:ascii="Calibri" w:hAnsi="Calibri"/>
          <w:b w:val="0"/>
          <w:i w:val="0"/>
          <w:color w:val="334155"/>
          <w:sz w:val="22"/>
        </w:rPr>
        <w:t>Thanks for a great year. Have a lovely Christmas.</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Carried-over leave (up to half the entitlement, by agreement) must be used during the following calendar year.</w:t>
      </w:r>
    </w:p>
    <w:p>
      <w:pPr>
        <w:spacing w:before="320" w:after="120"/>
        <w:pBdr>
          <w:bottom w:val="single" w:sz="4" w:space="4" w:color="EEF2FF"/>
        </w:pBdr>
      </w:pPr>
      <w:r>
        <w:rPr>
          <w:rFonts w:ascii="Calibri" w:hAnsi="Calibri"/>
          <w:b/>
          <w:i w:val="0"/>
          <w:color w:val="0F172A"/>
          <w:sz w:val="26"/>
        </w:rPr>
        <w:t>5. Christmas paragraph for your staff handbook</w:t>
      </w:r>
    </w:p>
    <w:p>
      <w:pPr>
        <w:spacing w:after="120"/>
      </w:pPr>
      <w:r>
        <w:rPr>
          <w:rFonts w:ascii="Calibri" w:hAnsi="Calibri"/>
          <w:b w:val="0"/>
          <w:i w:val="0"/>
          <w:color w:val="0F172A"/>
          <w:sz w:val="22"/>
        </w:rPr>
        <w:t>Christmas and New Year</w:t>
      </w:r>
    </w:p>
    <w:p>
      <w:pPr>
        <w:spacing w:after="120"/>
      </w:pPr>
      <w:r>
        <w:rPr>
          <w:rFonts w:ascii="Calibri" w:hAnsi="Calibri"/>
          <w:b w:val="0"/>
          <w:i w:val="0"/>
          <w:color w:val="334155"/>
          <w:sz w:val="22"/>
        </w:rPr>
        <w:t xml:space="preserve">We tell everyone our Christmas plans by </w:t>
      </w:r>
      <w:r>
        <w:rPr>
          <w:rFonts w:ascii="Calibri" w:hAnsi="Calibri"/>
          <w:b/>
          <w:i w:val="0"/>
          <w:color w:val="3B5BFF"/>
          <w:sz w:val="22"/>
        </w:rPr>
        <w:t>[the first week of October]</w:t>
      </w:r>
      <w:r>
        <w:rPr>
          <w:rFonts w:ascii="Calibri" w:hAnsi="Calibri"/>
          <w:b w:val="0"/>
          <w:i w:val="0"/>
          <w:color w:val="334155"/>
          <w:sz w:val="22"/>
        </w:rPr>
        <w:t xml:space="preserve"> each year, including which days we're closed and how many days of leave to keep back for them. Christmas leave requests need to be in by </w:t>
      </w:r>
      <w:r>
        <w:rPr>
          <w:rFonts w:ascii="Calibri" w:hAnsi="Calibri"/>
          <w:b/>
          <w:i w:val="0"/>
          <w:color w:val="3B5BFF"/>
          <w:sz w:val="22"/>
        </w:rPr>
        <w:t>[30 October]</w:t>
      </w:r>
      <w:r>
        <w:rPr>
          <w:rFonts w:ascii="Calibri" w:hAnsi="Calibri"/>
          <w:b w:val="0"/>
          <w:i w:val="0"/>
          <w:color w:val="334155"/>
          <w:sz w:val="22"/>
        </w:rPr>
        <w:t xml:space="preserve"> and are dealt with first come, first served, up to </w:t>
      </w:r>
      <w:r>
        <w:rPr>
          <w:rFonts w:ascii="Calibri" w:hAnsi="Calibri"/>
          <w:b/>
          <w:i w:val="0"/>
          <w:color w:val="3B5BFF"/>
          <w:sz w:val="22"/>
        </w:rPr>
        <w:t>[2]</w:t>
      </w:r>
      <w:r>
        <w:rPr>
          <w:rFonts w:ascii="Calibri" w:hAnsi="Calibri"/>
          <w:b w:val="0"/>
          <w:i w:val="0"/>
          <w:color w:val="334155"/>
          <w:sz w:val="22"/>
        </w:rPr>
        <w:t xml:space="preserve"> people per team on any one day. We'll never use more than 12 working days of anyone's leave a year for closures, and we'll always tell you why in writing.</w:t>
      </w:r>
    </w:p>
    <w:p>
      <w:pPr>
        <w:spacing w:after="200"/>
        <w:ind w:left="227"/>
      </w:pPr>
      <w:r>
        <w:rPr>
          <w:rFonts w:ascii="Calibri" w:hAnsi="Calibri"/>
          <w:b w:val="0"/>
          <w:i/>
          <w:color w:val="64748B"/>
          <w:sz w:val="22"/>
        </w:rPr>
        <w:t>Note: Optional. Most small teams only need the emails.</w:t>
      </w:r>
    </w:p>
    <w:p>
      <w:pPr>
        <w:spacing w:before="320" w:after="120"/>
        <w:pBdr>
          <w:bottom w:val="single" w:sz="4" w:space="4" w:color="EEF2FF"/>
        </w:pBdr>
      </w:pPr>
      <w:r>
        <w:rPr>
          <w:rFonts w:ascii="Calibri" w:hAnsi="Calibri"/>
          <w:b/>
          <w:i w:val="0"/>
          <w:color w:val="0F172A"/>
          <w:sz w:val="26"/>
        </w:rPr>
        <w:t>Disclaimer</w:t>
      </w:r>
    </w:p>
    <w:p>
      <w:pPr>
        <w:spacing w:after="120"/>
      </w:pPr>
      <w:r>
        <w:rPr>
          <w:rFonts w:ascii="Calibri" w:hAnsi="Calibri"/>
          <w:b w:val="0"/>
          <w:i/>
          <w:color w:val="64748B"/>
          <w:sz w:val="22"/>
        </w:rPr>
        <w:t>These templates are general information for employers in Malta, not legal advice. Check your contracts and any Wage Regulation Order that applies to your sector. For anything tricky, contact DIER or an employment lawyer.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