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i w:val="0"/>
          <w:color w:val="0F172A"/>
          <w:sz w:val="30"/>
        </w:rPr>
        <w:t>CHRISTMAS EMAILS TO STAFF</w:t>
      </w:r>
    </w:p>
    <w:p>
      <w:pPr>
        <w:jc w:val="center"/>
      </w:pPr>
      <w:r>
        <w:rPr>
          <w:rFonts w:ascii="Calibri" w:hAnsi="Calibri"/>
          <w:b w:val="0"/>
          <w:i/>
          <w:color w:val="64748B"/>
          <w:sz w:val="22"/>
        </w:rPr>
        <w:t>Templates for small businesses in Ireland, from Book Time Off</w:t>
      </w:r>
    </w:p>
    <w:p>
      <w:pPr>
        <w:spacing w:after="240"/>
      </w:pPr>
      <w:r>
        <w:rPr>
          <w:rFonts w:ascii="Calibri" w:hAnsi="Calibri"/>
          <w:b w:val="0"/>
          <w:i w:val="0"/>
          <w:color w:val="334155"/>
          <w:sz w:val="22"/>
        </w:rPr>
        <w:t xml:space="preserve">Swap everything in </w:t>
      </w:r>
      <w:r>
        <w:rPr>
          <w:rFonts w:ascii="Calibri" w:hAnsi="Calibri"/>
          <w:b/>
          <w:i w:val="0"/>
          <w:color w:val="3B5BFF"/>
          <w:sz w:val="22"/>
        </w:rPr>
        <w:t>[blue brackets]</w:t>
      </w:r>
      <w:r>
        <w:rPr>
          <w:rFonts w:ascii="Calibri" w:hAnsi="Calibri"/>
          <w:b w:val="0"/>
          <w:i w:val="0"/>
          <w:color w:val="334155"/>
          <w:sz w:val="22"/>
        </w:rPr>
        <w:t xml:space="preserve"> for your own dates and details, read the notes, then delete them before you send. The dates shown are for Christmas 2026 in Ireland.</w:t>
      </w:r>
    </w:p>
    <w:p>
      <w:pPr>
        <w:spacing w:before="320" w:after="120"/>
        <w:pBdr>
          <w:bottom w:val="single" w:sz="4" w:space="4" w:color="EEF2FF"/>
        </w:pBdr>
      </w:pPr>
      <w:r>
        <w:rPr>
          <w:rFonts w:ascii="Calibri" w:hAnsi="Calibri"/>
          <w:b/>
          <w:i w:val="0"/>
          <w:color w:val="0F172A"/>
          <w:sz w:val="26"/>
        </w:rPr>
        <w:t>Document control</w:t>
      </w:r>
    </w:p>
    <w:tbl>
      <w:tblPr>
        <w:tblStyle w:val="TableGrid"/>
        <w:tblW w:type="auto" w:w="0"/>
        <w:tblLook w:firstColumn="1" w:firstRow="1" w:lastColumn="0" w:lastRow="0" w:noHBand="0" w:noVBand="1" w:val="04A0"/>
      </w:tblPr>
      <w:tblGrid>
        <w:gridCol w:w="4703"/>
        <w:gridCol w:w="4703"/>
      </w:tblGrid>
      <w:tr>
        <w:tc>
          <w:tcPr>
            <w:tcW w:type="dxa" w:w="4703"/>
          </w:tcPr>
          <w:p>
            <w:r>
              <w:rPr>
                <w:rFonts w:ascii="Calibri" w:hAnsi="Calibri"/>
                <w:b/>
                <w:i w:val="0"/>
                <w:color w:val="0F172A"/>
                <w:sz w:val="22"/>
              </w:rPr>
              <w:t>Document</w:t>
            </w:r>
          </w:p>
        </w:tc>
        <w:tc>
          <w:tcPr>
            <w:tcW w:type="dxa" w:w="4703"/>
          </w:tcPr>
          <w:p>
            <w:r>
              <w:rPr>
                <w:rFonts w:ascii="Calibri" w:hAnsi="Calibri"/>
                <w:b w:val="0"/>
                <w:i w:val="0"/>
                <w:color w:val="334155"/>
                <w:sz w:val="22"/>
              </w:rPr>
              <w:t>Christmas emails to staff</w:t>
            </w:r>
          </w:p>
        </w:tc>
      </w:tr>
      <w:tr>
        <w:tc>
          <w:tcPr>
            <w:tcW w:type="dxa" w:w="4703"/>
          </w:tcPr>
          <w:p>
            <w:r>
              <w:rPr>
                <w:rFonts w:ascii="Calibri" w:hAnsi="Calibri"/>
                <w:b/>
                <w:i w:val="0"/>
                <w:color w:val="0F172A"/>
                <w:sz w:val="22"/>
              </w:rPr>
              <w:t>Applies to</w:t>
            </w:r>
          </w:p>
        </w:tc>
        <w:tc>
          <w:tcPr>
            <w:tcW w:type="dxa" w:w="4703"/>
          </w:tcPr>
          <w:p>
            <w:r>
              <w:rPr>
                <w:rFonts w:ascii="Calibri" w:hAnsi="Calibri"/>
                <w:b/>
                <w:i w:val="0"/>
                <w:color w:val="3B5BFF"/>
                <w:sz w:val="22"/>
              </w:rPr>
              <w:t>[All staff]</w:t>
            </w:r>
          </w:p>
        </w:tc>
      </w:tr>
      <w:tr>
        <w:tc>
          <w:tcPr>
            <w:tcW w:type="dxa" w:w="4703"/>
          </w:tcPr>
          <w:p>
            <w:r>
              <w:rPr>
                <w:rFonts w:ascii="Calibri" w:hAnsi="Calibri"/>
                <w:b/>
                <w:i w:val="0"/>
                <w:color w:val="0F172A"/>
                <w:sz w:val="22"/>
              </w:rPr>
              <w:t>Sent by</w:t>
            </w:r>
          </w:p>
        </w:tc>
        <w:tc>
          <w:tcPr>
            <w:tcW w:type="dxa" w:w="4703"/>
          </w:tcPr>
          <w:p>
            <w:r>
              <w:rPr>
                <w:rFonts w:ascii="Calibri" w:hAnsi="Calibri"/>
                <w:b/>
                <w:i w:val="0"/>
                <w:color w:val="3B5BFF"/>
                <w:sz w:val="22"/>
              </w:rPr>
              <w:t>[Your name]</w:t>
            </w:r>
          </w:p>
        </w:tc>
      </w:tr>
      <w:tr>
        <w:tc>
          <w:tcPr>
            <w:tcW w:type="dxa" w:w="4703"/>
          </w:tcPr>
          <w:p>
            <w:r>
              <w:rPr>
                <w:rFonts w:ascii="Calibri" w:hAnsi="Calibri"/>
                <w:b/>
                <w:i w:val="0"/>
                <w:color w:val="0F172A"/>
                <w:sz w:val="22"/>
              </w:rPr>
              <w:t>Last updated</w:t>
            </w:r>
          </w:p>
        </w:tc>
        <w:tc>
          <w:tcPr>
            <w:tcW w:type="dxa" w:w="4703"/>
          </w:tcPr>
          <w:p>
            <w:r>
              <w:rPr>
                <w:rFonts w:ascii="Calibri" w:hAnsi="Calibri"/>
                <w:b/>
                <w:i w:val="0"/>
                <w:color w:val="3B5BFF"/>
                <w:sz w:val="22"/>
              </w:rPr>
              <w:t>[Date]</w:t>
            </w:r>
          </w:p>
        </w:tc>
      </w:tr>
    </w:tbl>
    <w:p>
      <w:pPr>
        <w:spacing w:before="320" w:after="120"/>
        <w:pBdr>
          <w:bottom w:val="single" w:sz="4" w:space="4" w:color="EEF2FF"/>
        </w:pBdr>
      </w:pPr>
      <w:r>
        <w:rPr>
          <w:rFonts w:ascii="Calibri" w:hAnsi="Calibri"/>
          <w:b/>
          <w:i w:val="0"/>
          <w:color w:val="0F172A"/>
          <w:sz w:val="26"/>
        </w:rPr>
        <w:t>1. The Christmas email to staff</w:t>
      </w:r>
    </w:p>
    <w:p>
      <w:pPr>
        <w:spacing w:after="160"/>
      </w:pPr>
      <w:r>
        <w:rPr>
          <w:rFonts w:ascii="Calibri" w:hAnsi="Calibri"/>
          <w:b w:val="0"/>
          <w:i w:val="0"/>
          <w:color w:val="0F172A"/>
          <w:sz w:val="22"/>
        </w:rPr>
        <w:t xml:space="preserve">Subject: Christmas plans - have a read and get your requests in by </w:t>
      </w:r>
      <w:r>
        <w:rPr>
          <w:rFonts w:ascii="Calibri" w:hAnsi="Calibri"/>
          <w:b/>
          <w:i w:val="0"/>
          <w:color w:val="3B5BFF"/>
          <w:sz w:val="22"/>
        </w:rPr>
        <w:t>[31 October]</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Here's the plan for Christmas so nobody's guessing.</w:t>
      </w:r>
    </w:p>
    <w:p>
      <w:pPr>
        <w:spacing w:after="120"/>
      </w:pPr>
      <w:r>
        <w:rPr>
          <w:rFonts w:ascii="Calibri" w:hAnsi="Calibri"/>
          <w:b w:val="0"/>
          <w:i w:val="0"/>
          <w:color w:val="334155"/>
          <w:sz w:val="22"/>
        </w:rPr>
        <w:t xml:space="preserve">We're open as normal up to </w:t>
      </w:r>
      <w:r>
        <w:rPr>
          <w:rFonts w:ascii="Calibri" w:hAnsi="Calibri"/>
          <w:b/>
          <w:i w:val="0"/>
          <w:color w:val="3B5BFF"/>
          <w:sz w:val="22"/>
        </w:rPr>
        <w:t>[Wednesday 23 December]</w:t>
      </w:r>
      <w:r>
        <w:rPr>
          <w:rFonts w:ascii="Calibri" w:hAnsi="Calibri"/>
          <w:b w:val="0"/>
          <w:i w:val="0"/>
          <w:color w:val="334155"/>
          <w:sz w:val="22"/>
        </w:rPr>
        <w:t xml:space="preserve"> and we'll close at </w:t>
      </w:r>
      <w:r>
        <w:rPr>
          <w:rFonts w:ascii="Calibri" w:hAnsi="Calibri"/>
          <w:b/>
          <w:i w:val="0"/>
          <w:color w:val="3B5BFF"/>
          <w:sz w:val="22"/>
        </w:rPr>
        <w:t>[1pm]</w:t>
      </w:r>
      <w:r>
        <w:rPr>
          <w:rFonts w:ascii="Calibri" w:hAnsi="Calibri"/>
          <w:b w:val="0"/>
          <w:i w:val="0"/>
          <w:color w:val="334155"/>
          <w:sz w:val="22"/>
        </w:rPr>
        <w:t xml:space="preserve"> on Christmas Eve. We're then shut until </w:t>
      </w:r>
      <w:r>
        <w:rPr>
          <w:rFonts w:ascii="Calibri" w:hAnsi="Calibri"/>
          <w:b/>
          <w:i w:val="0"/>
          <w:color w:val="3B5BFF"/>
          <w:sz w:val="22"/>
        </w:rPr>
        <w:t>[Monday 4 January]</w:t>
      </w:r>
      <w:r>
        <w:rPr>
          <w:rFonts w:ascii="Calibri" w:hAnsi="Calibri"/>
          <w:b w:val="0"/>
          <w:i w:val="0"/>
          <w:color w:val="334155"/>
          <w:sz w:val="22"/>
        </w:rPr>
        <w:t>, when we're back as normal.</w:t>
      </w:r>
    </w:p>
    <w:p>
      <w:pPr>
        <w:spacing w:after="120"/>
      </w:pPr>
      <w:r>
        <w:rPr>
          <w:rFonts w:ascii="Calibri" w:hAnsi="Calibri"/>
          <w:b w:val="0"/>
          <w:i w:val="0"/>
          <w:color w:val="334155"/>
          <w:sz w:val="22"/>
        </w:rPr>
        <w:t xml:space="preserve">St Stephen's Day falls on a Saturday this year, so instead you'll get </w:t>
      </w:r>
      <w:r>
        <w:rPr>
          <w:rFonts w:ascii="Calibri" w:hAnsi="Calibri"/>
          <w:b/>
          <w:i w:val="0"/>
          <w:color w:val="3B5BFF"/>
          <w:sz w:val="22"/>
        </w:rPr>
        <w:t>[Monday 28 December off, paid]</w:t>
      </w:r>
      <w:r>
        <w:rPr>
          <w:rFonts w:ascii="Calibri" w:hAnsi="Calibri"/>
          <w:b w:val="0"/>
          <w:i w:val="0"/>
          <w:color w:val="334155"/>
          <w:sz w:val="22"/>
        </w:rPr>
        <w:t>. Christmas Day and New Year's Day are public holidays as normal and don't come out of your annual leave.</w:t>
      </w:r>
    </w:p>
    <w:p>
      <w:pPr>
        <w:spacing w:after="120"/>
      </w:pPr>
      <w:r>
        <w:rPr>
          <w:rFonts w:ascii="Calibri" w:hAnsi="Calibri"/>
          <w:b w:val="0"/>
          <w:i w:val="0"/>
          <w:color w:val="334155"/>
          <w:sz w:val="22"/>
        </w:rPr>
        <w:t>The other days we're closed (</w:t>
      </w:r>
      <w:r>
        <w:rPr>
          <w:rFonts w:ascii="Calibri" w:hAnsi="Calibri"/>
          <w:b/>
          <w:i w:val="0"/>
          <w:color w:val="3B5BFF"/>
          <w:sz w:val="22"/>
        </w:rPr>
        <w:t>[29, 30 and 31 December]</w:t>
      </w:r>
      <w:r>
        <w:rPr>
          <w:rFonts w:ascii="Calibri" w:hAnsi="Calibri"/>
          <w:b w:val="0"/>
          <w:i w:val="0"/>
          <w:color w:val="334155"/>
          <w:sz w:val="22"/>
        </w:rPr>
        <w:t xml:space="preserve">) will come out of your annual leave, so please keep </w:t>
      </w:r>
      <w:r>
        <w:rPr>
          <w:rFonts w:ascii="Calibri" w:hAnsi="Calibri"/>
          <w:b/>
          <w:i w:val="0"/>
          <w:color w:val="3B5BFF"/>
          <w:sz w:val="22"/>
        </w:rPr>
        <w:t>[3]</w:t>
      </w:r>
      <w:r>
        <w:rPr>
          <w:rFonts w:ascii="Calibri" w:hAnsi="Calibri"/>
          <w:b w:val="0"/>
          <w:i w:val="0"/>
          <w:color w:val="334155"/>
          <w:sz w:val="22"/>
        </w:rPr>
        <w:t xml:space="preserve"> days back for them. If that's a problem for you, come and have a chat with me before </w:t>
      </w:r>
      <w:r>
        <w:rPr>
          <w:rFonts w:ascii="Calibri" w:hAnsi="Calibri"/>
          <w:b/>
          <w:i w:val="0"/>
          <w:color w:val="3B5BFF"/>
          <w:sz w:val="22"/>
        </w:rPr>
        <w:t>[30 October]</w:t>
      </w:r>
      <w:r>
        <w:rPr>
          <w:rFonts w:ascii="Calibri" w:hAnsi="Calibri"/>
          <w:b w:val="0"/>
          <w:i w:val="0"/>
          <w:color w:val="334155"/>
          <w:sz w:val="22"/>
        </w:rPr>
        <w:t>.</w:t>
      </w:r>
    </w:p>
    <w:p>
      <w:pPr>
        <w:spacing w:after="120"/>
      </w:pPr>
      <w:r>
        <w:rPr>
          <w:rFonts w:ascii="Calibri" w:hAnsi="Calibri"/>
          <w:b w:val="0"/>
          <w:i w:val="0"/>
          <w:color w:val="334155"/>
          <w:sz w:val="22"/>
        </w:rPr>
        <w:t xml:space="preserve">If you want any other time off in December, please get it booked by </w:t>
      </w:r>
      <w:r>
        <w:rPr>
          <w:rFonts w:ascii="Calibri" w:hAnsi="Calibri"/>
          <w:b/>
          <w:i w:val="0"/>
          <w:color w:val="3B5BFF"/>
          <w:sz w:val="22"/>
        </w:rPr>
        <w:t>[31 October]</w:t>
      </w:r>
      <w:r>
        <w:rPr>
          <w:rFonts w:ascii="Calibri" w:hAnsi="Calibri"/>
          <w:b w:val="0"/>
          <w:i w:val="0"/>
          <w:color w:val="334155"/>
          <w:sz w:val="22"/>
        </w:rPr>
        <w:t xml:space="preserve">. We can have </w:t>
      </w:r>
      <w:r>
        <w:rPr>
          <w:rFonts w:ascii="Calibri" w:hAnsi="Calibri"/>
          <w:b/>
          <w:i w:val="0"/>
          <w:color w:val="3B5BFF"/>
          <w:sz w:val="22"/>
        </w:rPr>
        <w:t>[2]</w:t>
      </w:r>
      <w:r>
        <w:rPr>
          <w:rFonts w:ascii="Calibri" w:hAnsi="Calibri"/>
          <w:b w:val="0"/>
          <w:i w:val="0"/>
          <w:color w:val="334155"/>
          <w:sz w:val="22"/>
        </w:rPr>
        <w:t xml:space="preserve"> people off from each team on any one day and it's first come, first served. If it's a tie, whoever worked last Christmas gets first dibs.</w:t>
      </w:r>
    </w:p>
    <w:p>
      <w:pPr>
        <w:spacing w:after="120"/>
      </w:pPr>
      <w:r>
        <w:rPr>
          <w:rFonts w:ascii="Calibri" w:hAnsi="Calibri"/>
          <w:b w:val="0"/>
          <w:i w:val="0"/>
          <w:color w:val="334155"/>
          <w:sz w:val="22"/>
        </w:rPr>
        <w:t xml:space="preserve">December payday is </w:t>
      </w:r>
      <w:r>
        <w:rPr>
          <w:rFonts w:ascii="Calibri" w:hAnsi="Calibri"/>
          <w:b/>
          <w:i w:val="0"/>
          <w:color w:val="3B5BFF"/>
          <w:sz w:val="22"/>
        </w:rPr>
        <w:t>[Friday 18 December]</w:t>
      </w:r>
      <w:r>
        <w:rPr>
          <w:rFonts w:ascii="Calibri" w:hAnsi="Calibri"/>
          <w:b w:val="0"/>
          <w:i w:val="0"/>
          <w:color w:val="334155"/>
          <w:sz w:val="22"/>
        </w:rPr>
        <w:t xml:space="preserve">. That makes it a long wait until January's payday on </w:t>
      </w:r>
      <w:r>
        <w:rPr>
          <w:rFonts w:ascii="Calibri" w:hAnsi="Calibri"/>
          <w:b/>
          <w:i w:val="0"/>
          <w:color w:val="3B5BFF"/>
          <w:sz w:val="22"/>
        </w:rPr>
        <w:t>[Friday 29 January]</w:t>
      </w:r>
      <w:r>
        <w:rPr>
          <w:rFonts w:ascii="Calibri" w:hAnsi="Calibri"/>
          <w:b w:val="0"/>
          <w:i w:val="0"/>
          <w:color w:val="334155"/>
          <w:sz w:val="22"/>
        </w:rPr>
        <w:t>, so just bear that in mind.</w:t>
      </w:r>
    </w:p>
    <w:p>
      <w:pPr>
        <w:spacing w:after="120"/>
      </w:pPr>
      <w:r>
        <w:rPr>
          <w:rFonts w:ascii="Calibri" w:hAnsi="Calibri"/>
          <w:b w:val="0"/>
          <w:i w:val="0"/>
          <w:color w:val="334155"/>
          <w:sz w:val="22"/>
        </w:rPr>
        <w:t xml:space="preserve">If anything urgent comes up while we're closed, ring </w:t>
      </w:r>
      <w:r>
        <w:rPr>
          <w:rFonts w:ascii="Calibri" w:hAnsi="Calibri"/>
          <w:b/>
          <w:i w:val="0"/>
          <w:color w:val="3B5BFF"/>
          <w:sz w:val="22"/>
        </w:rPr>
        <w:t>[name]</w:t>
      </w:r>
      <w:r>
        <w:rPr>
          <w:rFonts w:ascii="Calibri" w:hAnsi="Calibri"/>
          <w:b w:val="0"/>
          <w:i w:val="0"/>
          <w:color w:val="334155"/>
          <w:sz w:val="22"/>
        </w:rPr>
        <w:t xml:space="preserve"> on </w:t>
      </w:r>
      <w:r>
        <w:rPr>
          <w:rFonts w:ascii="Calibri" w:hAnsi="Calibri"/>
          <w:b/>
          <w:i w:val="0"/>
          <w:color w:val="3B5BFF"/>
          <w:sz w:val="22"/>
        </w:rPr>
        <w:t>[number]</w:t>
      </w:r>
      <w:r>
        <w:rPr>
          <w:rFonts w:ascii="Calibri" w:hAnsi="Calibri"/>
          <w:b w:val="0"/>
          <w:i w:val="0"/>
          <w:color w:val="334155"/>
          <w:sz w:val="22"/>
        </w:rPr>
        <w:t>.</w:t>
      </w:r>
    </w:p>
    <w:p>
      <w:pPr>
        <w:spacing w:after="120"/>
      </w:pPr>
      <w:r>
        <w:rPr>
          <w:rFonts w:ascii="Calibri" w:hAnsi="Calibri"/>
          <w:b w:val="0"/>
          <w:i w:val="0"/>
          <w:color w:val="334155"/>
          <w:sz w:val="22"/>
        </w:rPr>
        <w:t>Any questions, just give me a shout.</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Send in the first week of October. If you're staying open, use email 3 instead. St Stephen's Day 2026 is a Saturday and doesn't move to the Monday. Decide which benefit staff get for it (a paid day off within a month, an extra day of annual leave or an extra day's pay) and say so here.</w:t>
      </w:r>
    </w:p>
    <w:p>
      <w:pPr>
        <w:spacing w:before="320" w:after="120"/>
        <w:pBdr>
          <w:bottom w:val="single" w:sz="4" w:space="4" w:color="EEF2FF"/>
        </w:pBdr>
      </w:pPr>
      <w:r>
        <w:rPr>
          <w:rFonts w:ascii="Calibri" w:hAnsi="Calibri"/>
          <w:b/>
          <w:i w:val="0"/>
          <w:color w:val="0F172A"/>
          <w:sz w:val="26"/>
        </w:rPr>
        <w:t>2. Christmas closure email to staff</w:t>
      </w:r>
    </w:p>
    <w:p>
      <w:pPr>
        <w:spacing w:after="160"/>
      </w:pPr>
      <w:r>
        <w:rPr>
          <w:rFonts w:ascii="Calibri" w:hAnsi="Calibri"/>
          <w:b w:val="0"/>
          <w:i w:val="0"/>
          <w:color w:val="0F172A"/>
          <w:sz w:val="22"/>
        </w:rPr>
        <w:t xml:space="preserve">Subject: Christmas closure: </w:t>
      </w:r>
      <w:r>
        <w:rPr>
          <w:rFonts w:ascii="Calibri" w:hAnsi="Calibri"/>
          <w:b/>
          <w:i w:val="0"/>
          <w:color w:val="3B5BFF"/>
          <w:sz w:val="22"/>
        </w:rPr>
        <w:t>[24 December]</w:t>
      </w:r>
      <w:r>
        <w:rPr>
          <w:rFonts w:ascii="Calibri" w:hAnsi="Calibri"/>
          <w:b w:val="0"/>
          <w:i w:val="0"/>
          <w:color w:val="0F172A"/>
          <w:sz w:val="22"/>
        </w:rPr>
        <w:t xml:space="preserve"> to </w:t>
      </w:r>
      <w:r>
        <w:rPr>
          <w:rFonts w:ascii="Calibri" w:hAnsi="Calibri"/>
          <w:b/>
          <w:i w:val="0"/>
          <w:color w:val="3B5BFF"/>
          <w:sz w:val="22"/>
        </w:rPr>
        <w:t>[3 January]</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 xml:space="preserve">Just confirming that we'll be closed for Christmas from </w:t>
      </w:r>
      <w:r>
        <w:rPr>
          <w:rFonts w:ascii="Calibri" w:hAnsi="Calibri"/>
          <w:b/>
          <w:i w:val="0"/>
          <w:color w:val="3B5BFF"/>
          <w:sz w:val="22"/>
        </w:rPr>
        <w:t>[12pm on Thursday 24 December]</w:t>
      </w:r>
      <w:r>
        <w:rPr>
          <w:rFonts w:ascii="Calibri" w:hAnsi="Calibri"/>
          <w:b w:val="0"/>
          <w:i w:val="0"/>
          <w:color w:val="334155"/>
          <w:sz w:val="22"/>
        </w:rPr>
        <w:t xml:space="preserve"> until </w:t>
      </w:r>
      <w:r>
        <w:rPr>
          <w:rFonts w:ascii="Calibri" w:hAnsi="Calibri"/>
          <w:b/>
          <w:i w:val="0"/>
          <w:color w:val="3B5BFF"/>
          <w:sz w:val="22"/>
        </w:rPr>
        <w:t>[Sunday 3 January]</w:t>
      </w:r>
      <w:r>
        <w:rPr>
          <w:rFonts w:ascii="Calibri" w:hAnsi="Calibri"/>
          <w:b w:val="0"/>
          <w:i w:val="0"/>
          <w:color w:val="334155"/>
          <w:sz w:val="22"/>
        </w:rPr>
        <w:t xml:space="preserve">. We're back open on </w:t>
      </w:r>
      <w:r>
        <w:rPr>
          <w:rFonts w:ascii="Calibri" w:hAnsi="Calibri"/>
          <w:b/>
          <w:i w:val="0"/>
          <w:color w:val="3B5BFF"/>
          <w:sz w:val="22"/>
        </w:rPr>
        <w:t>[Monday 4 January]</w:t>
      </w:r>
      <w:r>
        <w:rPr>
          <w:rFonts w:ascii="Calibri" w:hAnsi="Calibri"/>
          <w:b w:val="0"/>
          <w:i w:val="0"/>
          <w:color w:val="334155"/>
          <w:sz w:val="22"/>
        </w:rPr>
        <w:t>.</w:t>
      </w:r>
    </w:p>
    <w:p>
      <w:pPr>
        <w:spacing w:after="120"/>
      </w:pPr>
      <w:r>
        <w:rPr>
          <w:rFonts w:ascii="Calibri" w:hAnsi="Calibri"/>
          <w:b w:val="0"/>
          <w:i w:val="0"/>
          <w:color w:val="334155"/>
          <w:sz w:val="22"/>
        </w:rPr>
        <w:t xml:space="preserve">Christmas Day and New Year's Day are public holidays and don't come out of your annual leave. St Stephen's Day is on a Saturday this year, so you'll get </w:t>
      </w:r>
      <w:r>
        <w:rPr>
          <w:rFonts w:ascii="Calibri" w:hAnsi="Calibri"/>
          <w:b/>
          <w:i w:val="0"/>
          <w:color w:val="3B5BFF"/>
          <w:sz w:val="22"/>
        </w:rPr>
        <w:t>[Monday 28 December off, paid]</w:t>
      </w:r>
      <w:r>
        <w:rPr>
          <w:rFonts w:ascii="Calibri" w:hAnsi="Calibri"/>
          <w:b w:val="0"/>
          <w:i w:val="0"/>
          <w:color w:val="334155"/>
          <w:sz w:val="22"/>
        </w:rPr>
        <w:t xml:space="preserve"> for it instead.</w:t>
      </w:r>
    </w:p>
    <w:p>
      <w:pPr>
        <w:spacing w:after="120"/>
      </w:pPr>
      <w:r>
        <w:rPr>
          <w:rFonts w:ascii="Calibri" w:hAnsi="Calibri"/>
          <w:b w:val="0"/>
          <w:i w:val="0"/>
          <w:color w:val="334155"/>
          <w:sz w:val="22"/>
        </w:rPr>
        <w:t>The other working days we're closed (</w:t>
      </w:r>
      <w:r>
        <w:rPr>
          <w:rFonts w:ascii="Calibri" w:hAnsi="Calibri"/>
          <w:b/>
          <w:i w:val="0"/>
          <w:color w:val="3B5BFF"/>
          <w:sz w:val="22"/>
        </w:rPr>
        <w:t>[Christmas Eve afternoon, 29, 30 and 31 December]</w:t>
      </w:r>
      <w:r>
        <w:rPr>
          <w:rFonts w:ascii="Calibri" w:hAnsi="Calibri"/>
          <w:b w:val="0"/>
          <w:i w:val="0"/>
          <w:color w:val="334155"/>
          <w:sz w:val="22"/>
        </w:rPr>
        <w:t xml:space="preserve">) will come out of your annual leave - that's </w:t>
      </w:r>
      <w:r>
        <w:rPr>
          <w:rFonts w:ascii="Calibri" w:hAnsi="Calibri"/>
          <w:b/>
          <w:i w:val="0"/>
          <w:color w:val="3B5BFF"/>
          <w:sz w:val="22"/>
        </w:rPr>
        <w:t>[3.5]</w:t>
      </w:r>
      <w:r>
        <w:rPr>
          <w:rFonts w:ascii="Calibri" w:hAnsi="Calibri"/>
          <w:b w:val="0"/>
          <w:i w:val="0"/>
          <w:color w:val="334155"/>
          <w:sz w:val="22"/>
        </w:rPr>
        <w:t xml:space="preserve"> days for a full-timer, less if you're part-time.</w:t>
      </w:r>
    </w:p>
    <w:p>
      <w:pPr>
        <w:spacing w:after="120"/>
      </w:pPr>
      <w:r>
        <w:rPr>
          <w:rFonts w:ascii="Calibri" w:hAnsi="Calibri"/>
          <w:b w:val="0"/>
          <w:i w:val="0"/>
          <w:color w:val="334155"/>
          <w:sz w:val="22"/>
        </w:rPr>
        <w:t xml:space="preserve">If this causes you a problem - family plans, or you won't have enough leave left - please come and have a chat with me before </w:t>
      </w:r>
      <w:r>
        <w:rPr>
          <w:rFonts w:ascii="Calibri" w:hAnsi="Calibri"/>
          <w:b/>
          <w:i w:val="0"/>
          <w:color w:val="3B5BFF"/>
          <w:sz w:val="22"/>
        </w:rPr>
        <w:t>[30 October]</w:t>
      </w:r>
      <w:r>
        <w:rPr>
          <w:rFonts w:ascii="Calibri" w:hAnsi="Calibri"/>
          <w:b w:val="0"/>
          <w:i w:val="0"/>
          <w:color w:val="334155"/>
          <w:sz w:val="22"/>
        </w:rPr>
        <w:t xml:space="preserve"> and we'll sort something out.</w:t>
      </w:r>
    </w:p>
    <w:p>
      <w:pPr>
        <w:spacing w:after="120"/>
      </w:pPr>
      <w:r>
        <w:rPr>
          <w:rFonts w:ascii="Calibri" w:hAnsi="Calibri"/>
          <w:b w:val="0"/>
          <w:i w:val="0"/>
          <w:color w:val="334155"/>
          <w:sz w:val="22"/>
        </w:rPr>
        <w:t>Thanks, and I hope you all have a proper break.</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The employer decides when annual leave is taken, but must consult the employee at least one month before the leave starts and take their family responsibilities and need for rest into account. Sending this in October covers it easily. Part-timers only use annual leave for closed days they'd normally work.</w:t>
      </w:r>
    </w:p>
    <w:p>
      <w:pPr>
        <w:spacing w:before="320" w:after="120"/>
        <w:pBdr>
          <w:bottom w:val="single" w:sz="4" w:space="4" w:color="EEF2FF"/>
        </w:pBdr>
      </w:pPr>
      <w:r>
        <w:rPr>
          <w:rFonts w:ascii="Calibri" w:hAnsi="Calibri"/>
          <w:b/>
          <w:i w:val="0"/>
          <w:color w:val="0F172A"/>
          <w:sz w:val="26"/>
        </w:rPr>
        <w:t>3. Christmas opening hours email to staff</w:t>
      </w:r>
    </w:p>
    <w:p>
      <w:pPr>
        <w:spacing w:after="160"/>
      </w:pPr>
      <w:r>
        <w:rPr>
          <w:rFonts w:ascii="Calibri" w:hAnsi="Calibri"/>
          <w:b w:val="0"/>
          <w:i w:val="0"/>
          <w:color w:val="0F172A"/>
          <w:sz w:val="22"/>
        </w:rPr>
        <w:t>Subject: Christmas opening hours and who's in</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Here's how Christmas will work this year.</w:t>
      </w:r>
    </w:p>
    <w:p>
      <w:pPr>
        <w:spacing w:after="120"/>
      </w:pPr>
      <w:r>
        <w:rPr>
          <w:rFonts w:ascii="Calibri" w:hAnsi="Calibri"/>
          <w:b w:val="0"/>
          <w:i w:val="0"/>
          <w:color w:val="334155"/>
          <w:sz w:val="22"/>
        </w:rPr>
        <w:t>We're staying open apart from the public holidays. Our hours will be:</w:t>
      </w:r>
    </w:p>
    <w:p>
      <w:pPr>
        <w:pStyle w:val="ListBullet"/>
        <w:spacing w:after="40"/>
      </w:pPr>
      <w:r>
        <w:rPr>
          <w:rFonts w:ascii="Calibri" w:hAnsi="Calibri"/>
          <w:b/>
          <w:i w:val="0"/>
          <w:color w:val="3B5BFF"/>
          <w:sz w:val="22"/>
        </w:rPr>
        <w:t>[Thursday 24 December]</w:t>
      </w:r>
      <w:r>
        <w:rPr>
          <w:rFonts w:ascii="Calibri" w:hAnsi="Calibri"/>
          <w:b w:val="0"/>
          <w:i w:val="0"/>
          <w:color w:val="334155"/>
          <w:sz w:val="22"/>
        </w:rPr>
        <w:t xml:space="preserve">: </w:t>
      </w:r>
      <w:r>
        <w:rPr>
          <w:rFonts w:ascii="Calibri" w:hAnsi="Calibri"/>
          <w:b/>
          <w:i w:val="0"/>
          <w:color w:val="3B5BFF"/>
          <w:sz w:val="22"/>
        </w:rPr>
        <w:t>[9am to 1pm]</w:t>
      </w:r>
    </w:p>
    <w:p>
      <w:pPr>
        <w:pStyle w:val="ListBullet"/>
        <w:spacing w:after="40"/>
      </w:pPr>
      <w:r>
        <w:rPr>
          <w:rFonts w:ascii="Calibri" w:hAnsi="Calibri"/>
          <w:b/>
          <w:i w:val="0"/>
          <w:color w:val="3B5BFF"/>
          <w:sz w:val="22"/>
        </w:rPr>
        <w:t>[Friday 25 December]</w:t>
      </w:r>
      <w:r>
        <w:rPr>
          <w:rFonts w:ascii="Calibri" w:hAnsi="Calibri"/>
          <w:b w:val="0"/>
          <w:i w:val="0"/>
          <w:color w:val="334155"/>
          <w:sz w:val="22"/>
        </w:rPr>
        <w:t>: closed (Christmas Day)</w:t>
      </w:r>
    </w:p>
    <w:p>
      <w:pPr>
        <w:pStyle w:val="ListBullet"/>
        <w:spacing w:after="40"/>
      </w:pPr>
      <w:r>
        <w:rPr>
          <w:rFonts w:ascii="Calibri" w:hAnsi="Calibri"/>
          <w:b/>
          <w:i w:val="0"/>
          <w:color w:val="3B5BFF"/>
          <w:sz w:val="22"/>
        </w:rPr>
        <w:t>[Saturday 26 December]</w:t>
      </w:r>
      <w:r>
        <w:rPr>
          <w:rFonts w:ascii="Calibri" w:hAnsi="Calibri"/>
          <w:b w:val="0"/>
          <w:i w:val="0"/>
          <w:color w:val="334155"/>
          <w:sz w:val="22"/>
        </w:rPr>
        <w:t>: closed (St Stephen's Day)</w:t>
      </w:r>
    </w:p>
    <w:p>
      <w:pPr>
        <w:pStyle w:val="ListBullet"/>
        <w:spacing w:after="40"/>
      </w:pPr>
      <w:r>
        <w:rPr>
          <w:rFonts w:ascii="Calibri" w:hAnsi="Calibri"/>
          <w:b/>
          <w:i w:val="0"/>
          <w:color w:val="3B5BFF"/>
          <w:sz w:val="22"/>
        </w:rPr>
        <w:t>[28, 29 and 30 December]</w:t>
      </w:r>
      <w:r>
        <w:rPr>
          <w:rFonts w:ascii="Calibri" w:hAnsi="Calibri"/>
          <w:b w:val="0"/>
          <w:i w:val="0"/>
          <w:color w:val="334155"/>
          <w:sz w:val="22"/>
        </w:rPr>
        <w:t xml:space="preserve">: </w:t>
      </w:r>
      <w:r>
        <w:rPr>
          <w:rFonts w:ascii="Calibri" w:hAnsi="Calibri"/>
          <w:b/>
          <w:i w:val="0"/>
          <w:color w:val="3B5BFF"/>
          <w:sz w:val="22"/>
        </w:rPr>
        <w:t>[10am to 4pm]</w:t>
      </w:r>
    </w:p>
    <w:p>
      <w:pPr>
        <w:pStyle w:val="ListBullet"/>
        <w:spacing w:after="40"/>
      </w:pPr>
      <w:r>
        <w:rPr>
          <w:rFonts w:ascii="Calibri" w:hAnsi="Calibri"/>
          <w:b/>
          <w:i w:val="0"/>
          <w:color w:val="3B5BFF"/>
          <w:sz w:val="22"/>
        </w:rPr>
        <w:t>[Thursday 31 December]</w:t>
      </w:r>
      <w:r>
        <w:rPr>
          <w:rFonts w:ascii="Calibri" w:hAnsi="Calibri"/>
          <w:b w:val="0"/>
          <w:i w:val="0"/>
          <w:color w:val="334155"/>
          <w:sz w:val="22"/>
        </w:rPr>
        <w:t xml:space="preserve">: </w:t>
      </w:r>
      <w:r>
        <w:rPr>
          <w:rFonts w:ascii="Calibri" w:hAnsi="Calibri"/>
          <w:b/>
          <w:i w:val="0"/>
          <w:color w:val="3B5BFF"/>
          <w:sz w:val="22"/>
        </w:rPr>
        <w:t>[10am to 2pm]</w:t>
      </w:r>
    </w:p>
    <w:p>
      <w:pPr>
        <w:pStyle w:val="ListBullet"/>
        <w:spacing w:after="40"/>
      </w:pPr>
      <w:r>
        <w:rPr>
          <w:rFonts w:ascii="Calibri" w:hAnsi="Calibri"/>
          <w:b/>
          <w:i w:val="0"/>
          <w:color w:val="3B5BFF"/>
          <w:sz w:val="22"/>
        </w:rPr>
        <w:t>[Friday 1 January]</w:t>
      </w:r>
      <w:r>
        <w:rPr>
          <w:rFonts w:ascii="Calibri" w:hAnsi="Calibri"/>
          <w:b w:val="0"/>
          <w:i w:val="0"/>
          <w:color w:val="334155"/>
          <w:sz w:val="22"/>
        </w:rPr>
        <w:t>: closed (New Year's Day)</w:t>
      </w:r>
    </w:p>
    <w:p>
      <w:pPr>
        <w:pStyle w:val="ListBullet"/>
        <w:spacing w:after="40"/>
      </w:pPr>
      <w:r>
        <w:rPr>
          <w:rFonts w:ascii="Calibri" w:hAnsi="Calibri"/>
          <w:b w:val="0"/>
          <w:i w:val="0"/>
          <w:color w:val="334155"/>
          <w:sz w:val="22"/>
        </w:rPr>
        <w:t xml:space="preserve">From </w:t>
      </w:r>
      <w:r>
        <w:rPr>
          <w:rFonts w:ascii="Calibri" w:hAnsi="Calibri"/>
          <w:b/>
          <w:i w:val="0"/>
          <w:color w:val="3B5BFF"/>
          <w:sz w:val="22"/>
        </w:rPr>
        <w:t>[Monday 4 January]</w:t>
      </w:r>
      <w:r>
        <w:rPr>
          <w:rFonts w:ascii="Calibri" w:hAnsi="Calibri"/>
          <w:b w:val="0"/>
          <w:i w:val="0"/>
          <w:color w:val="334155"/>
          <w:sz w:val="22"/>
        </w:rPr>
        <w:t>: back to normal hours</w:t>
      </w:r>
    </w:p>
    <w:p>
      <w:pPr>
        <w:spacing w:after="120"/>
      </w:pPr>
      <w:r>
        <w:rPr>
          <w:rFonts w:ascii="Calibri" w:hAnsi="Calibri"/>
          <w:b w:val="0"/>
          <w:i w:val="0"/>
          <w:color w:val="334155"/>
          <w:sz w:val="22"/>
        </w:rPr>
        <w:t xml:space="preserve">For St Stephen's Day, as it's on a Saturday, everyone will get </w:t>
      </w:r>
      <w:r>
        <w:rPr>
          <w:rFonts w:ascii="Calibri" w:hAnsi="Calibri"/>
          <w:b/>
          <w:i w:val="0"/>
          <w:color w:val="3B5BFF"/>
          <w:sz w:val="22"/>
        </w:rPr>
        <w:t>[an extra day of annual leave / an extra day's pay / a paid day off within a month]</w:t>
      </w:r>
      <w:r>
        <w:rPr>
          <w:rFonts w:ascii="Calibri" w:hAnsi="Calibri"/>
          <w:b w:val="0"/>
          <w:i w:val="0"/>
          <w:color w:val="334155"/>
          <w:sz w:val="22"/>
        </w:rPr>
        <w:t>.</w:t>
      </w:r>
    </w:p>
    <w:p>
      <w:pPr>
        <w:spacing w:after="120"/>
      </w:pPr>
      <w:r>
        <w:rPr>
          <w:rFonts w:ascii="Calibri" w:hAnsi="Calibri"/>
          <w:b w:val="0"/>
          <w:i w:val="0"/>
          <w:color w:val="334155"/>
          <w:sz w:val="22"/>
        </w:rPr>
        <w:t xml:space="preserve">We need </w:t>
      </w:r>
      <w:r>
        <w:rPr>
          <w:rFonts w:ascii="Calibri" w:hAnsi="Calibri"/>
          <w:b/>
          <w:i w:val="0"/>
          <w:color w:val="3B5BFF"/>
          <w:sz w:val="22"/>
        </w:rPr>
        <w:t>[2]</w:t>
      </w:r>
      <w:r>
        <w:rPr>
          <w:rFonts w:ascii="Calibri" w:hAnsi="Calibri"/>
          <w:b w:val="0"/>
          <w:i w:val="0"/>
          <w:color w:val="334155"/>
          <w:sz w:val="22"/>
        </w:rPr>
        <w:t xml:space="preserve"> people in each day between Christmas and New Year. Leave for those days is first come, first served until we hit that number, so if you want time off, book it by </w:t>
      </w:r>
      <w:r>
        <w:rPr>
          <w:rFonts w:ascii="Calibri" w:hAnsi="Calibri"/>
          <w:b/>
          <w:i w:val="0"/>
          <w:color w:val="3B5BFF"/>
          <w:sz w:val="22"/>
        </w:rPr>
        <w:t>[31 October]</w:t>
      </w:r>
      <w:r>
        <w:rPr>
          <w:rFonts w:ascii="Calibri" w:hAnsi="Calibri"/>
          <w:b w:val="0"/>
          <w:i w:val="0"/>
          <w:color w:val="334155"/>
          <w:sz w:val="22"/>
        </w:rPr>
        <w:t>.</w:t>
      </w:r>
    </w:p>
    <w:p>
      <w:pPr>
        <w:spacing w:after="120"/>
      </w:pPr>
      <w:r>
        <w:rPr>
          <w:rFonts w:ascii="Calibri" w:hAnsi="Calibri"/>
          <w:b w:val="0"/>
          <w:i w:val="0"/>
          <w:color w:val="334155"/>
          <w:sz w:val="22"/>
        </w:rPr>
        <w:t>Any questions, just ask.</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Anyone who works a public holiday is entitled to a public holiday benefit on top of their normal pay for the day: a paid day off within a month, an extra day of annual leave or an extra day's pay. You decide which. Double time is only owed if the contract says so.</w:t>
      </w:r>
    </w:p>
    <w:p>
      <w:pPr>
        <w:spacing w:before="320" w:after="120"/>
        <w:pBdr>
          <w:bottom w:val="single" w:sz="4" w:space="4" w:color="EEF2FF"/>
        </w:pBdr>
      </w:pPr>
      <w:r>
        <w:rPr>
          <w:rFonts w:ascii="Calibri" w:hAnsi="Calibri"/>
          <w:b/>
          <w:i w:val="0"/>
          <w:color w:val="0F172A"/>
          <w:sz w:val="26"/>
        </w:rPr>
        <w:t>4. Christmas annual leave deadline email</w:t>
      </w:r>
    </w:p>
    <w:p>
      <w:pPr>
        <w:spacing w:after="160"/>
      </w:pPr>
      <w:r>
        <w:rPr>
          <w:rFonts w:ascii="Calibri" w:hAnsi="Calibri"/>
          <w:b w:val="0"/>
          <w:i w:val="0"/>
          <w:color w:val="0F172A"/>
          <w:sz w:val="22"/>
        </w:rPr>
        <w:t xml:space="preserve">Subject: Reminder: Christmas leave requests by </w:t>
      </w:r>
      <w:r>
        <w:rPr>
          <w:rFonts w:ascii="Calibri" w:hAnsi="Calibri"/>
          <w:b/>
          <w:i w:val="0"/>
          <w:color w:val="3B5BFF"/>
          <w:sz w:val="22"/>
        </w:rPr>
        <w:t>[31 October]</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 xml:space="preserve">Quick reminder that Christmas annual leave requests need to be in by </w:t>
      </w:r>
      <w:r>
        <w:rPr>
          <w:rFonts w:ascii="Calibri" w:hAnsi="Calibri"/>
          <w:b/>
          <w:i w:val="0"/>
          <w:color w:val="3B5BFF"/>
          <w:sz w:val="22"/>
        </w:rPr>
        <w:t>[Friday 30 October]</w:t>
      </w:r>
      <w:r>
        <w:rPr>
          <w:rFonts w:ascii="Calibri" w:hAnsi="Calibri"/>
          <w:b w:val="0"/>
          <w:i w:val="0"/>
          <w:color w:val="334155"/>
          <w:sz w:val="22"/>
        </w:rPr>
        <w:t>.</w:t>
      </w:r>
    </w:p>
    <w:p>
      <w:pPr>
        <w:spacing w:after="120"/>
      </w:pPr>
      <w:r>
        <w:rPr>
          <w:rFonts w:ascii="Calibri" w:hAnsi="Calibri"/>
          <w:b/>
          <w:i w:val="0"/>
          <w:color w:val="3B5BFF"/>
          <w:sz w:val="22"/>
        </w:rPr>
        <w:t>[29 and 30 December]</w:t>
      </w:r>
      <w:r>
        <w:rPr>
          <w:rFonts w:ascii="Calibri" w:hAnsi="Calibri"/>
          <w:b w:val="0"/>
          <w:i w:val="0"/>
          <w:color w:val="334155"/>
          <w:sz w:val="22"/>
        </w:rPr>
        <w:t xml:space="preserve"> are already filling up in </w:t>
      </w:r>
      <w:r>
        <w:rPr>
          <w:rFonts w:ascii="Calibri" w:hAnsi="Calibri"/>
          <w:b/>
          <w:i w:val="0"/>
          <w:color w:val="3B5BFF"/>
          <w:sz w:val="22"/>
        </w:rPr>
        <w:t>[team]</w:t>
      </w:r>
      <w:r>
        <w:rPr>
          <w:rFonts w:ascii="Calibri" w:hAnsi="Calibri"/>
          <w:b w:val="0"/>
          <w:i w:val="0"/>
          <w:color w:val="334155"/>
          <w:sz w:val="22"/>
        </w:rPr>
        <w:t>, so if you want them, don't hang about.</w:t>
      </w:r>
    </w:p>
    <w:p>
      <w:pPr>
        <w:spacing w:after="120"/>
      </w:pPr>
      <w:r>
        <w:rPr>
          <w:rFonts w:ascii="Calibri" w:hAnsi="Calibri"/>
          <w:b w:val="0"/>
          <w:i w:val="0"/>
          <w:color w:val="334155"/>
          <w:sz w:val="22"/>
        </w:rPr>
        <w:t>After the deadline it's still first come, first served, but we'll only say yes if we've still got the cover.</w:t>
      </w:r>
    </w:p>
    <w:p>
      <w:pPr>
        <w:spacing w:after="120"/>
      </w:pPr>
      <w:r>
        <w:rPr>
          <w:rFonts w:ascii="Calibri" w:hAnsi="Calibri"/>
          <w:b w:val="0"/>
          <w:i w:val="0"/>
          <w:color w:val="334155"/>
          <w:sz w:val="22"/>
        </w:rPr>
        <w:t>Thanks,</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Send about a week before your deadline.</w:t>
      </w:r>
    </w:p>
    <w:p>
      <w:pPr>
        <w:spacing w:before="320" w:after="120"/>
        <w:pBdr>
          <w:bottom w:val="single" w:sz="4" w:space="4" w:color="EEF2FF"/>
        </w:pBdr>
      </w:pPr>
      <w:r>
        <w:rPr>
          <w:rFonts w:ascii="Calibri" w:hAnsi="Calibri"/>
          <w:b/>
          <w:i w:val="0"/>
          <w:color w:val="0F172A"/>
          <w:sz w:val="26"/>
        </w:rPr>
        <w:t>5. Christmas payday email to staff</w:t>
      </w:r>
    </w:p>
    <w:p>
      <w:pPr>
        <w:spacing w:after="160"/>
      </w:pPr>
      <w:r>
        <w:rPr>
          <w:rFonts w:ascii="Calibri" w:hAnsi="Calibri"/>
          <w:b w:val="0"/>
          <w:i w:val="0"/>
          <w:color w:val="0F172A"/>
          <w:sz w:val="22"/>
        </w:rPr>
        <w:t>Subject: December payday</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 xml:space="preserve">Just a heads up that December's pay will go in on </w:t>
      </w:r>
      <w:r>
        <w:rPr>
          <w:rFonts w:ascii="Calibri" w:hAnsi="Calibri"/>
          <w:b/>
          <w:i w:val="0"/>
          <w:color w:val="3B5BFF"/>
          <w:sz w:val="22"/>
        </w:rPr>
        <w:t>[Friday 18 December]</w:t>
      </w:r>
      <w:r>
        <w:rPr>
          <w:rFonts w:ascii="Calibri" w:hAnsi="Calibri"/>
          <w:b w:val="0"/>
          <w:i w:val="0"/>
          <w:color w:val="334155"/>
          <w:sz w:val="22"/>
        </w:rPr>
        <w:t xml:space="preserve"> instead of the usual </w:t>
      </w:r>
      <w:r>
        <w:rPr>
          <w:rFonts w:ascii="Calibri" w:hAnsi="Calibri"/>
          <w:b/>
          <w:i w:val="0"/>
          <w:color w:val="3B5BFF"/>
          <w:sz w:val="22"/>
        </w:rPr>
        <w:t>[last working day of the month]</w:t>
      </w:r>
      <w:r>
        <w:rPr>
          <w:rFonts w:ascii="Calibri" w:hAnsi="Calibri"/>
          <w:b w:val="0"/>
          <w:i w:val="0"/>
          <w:color w:val="334155"/>
          <w:sz w:val="22"/>
        </w:rPr>
        <w:t>, so you've got it before Christmas.</w:t>
      </w:r>
    </w:p>
    <w:p>
      <w:pPr>
        <w:spacing w:after="120"/>
      </w:pPr>
      <w:r>
        <w:rPr>
          <w:rFonts w:ascii="Calibri" w:hAnsi="Calibri"/>
          <w:b w:val="0"/>
          <w:i w:val="0"/>
          <w:color w:val="334155"/>
          <w:sz w:val="22"/>
        </w:rPr>
        <w:t xml:space="preserve">That does mean it's </w:t>
      </w:r>
      <w:r>
        <w:rPr>
          <w:rFonts w:ascii="Calibri" w:hAnsi="Calibri"/>
          <w:b/>
          <w:i w:val="0"/>
          <w:color w:val="3B5BFF"/>
          <w:sz w:val="22"/>
        </w:rPr>
        <w:t>[six]</w:t>
      </w:r>
      <w:r>
        <w:rPr>
          <w:rFonts w:ascii="Calibri" w:hAnsi="Calibri"/>
          <w:b w:val="0"/>
          <w:i w:val="0"/>
          <w:color w:val="334155"/>
          <w:sz w:val="22"/>
        </w:rPr>
        <w:t xml:space="preserve"> weeks until January's payday on </w:t>
      </w:r>
      <w:r>
        <w:rPr>
          <w:rFonts w:ascii="Calibri" w:hAnsi="Calibri"/>
          <w:b/>
          <w:i w:val="0"/>
          <w:color w:val="3B5BFF"/>
          <w:sz w:val="22"/>
        </w:rPr>
        <w:t>[Friday 29 January]</w:t>
      </w:r>
      <w:r>
        <w:rPr>
          <w:rFonts w:ascii="Calibri" w:hAnsi="Calibri"/>
          <w:b w:val="0"/>
          <w:i w:val="0"/>
          <w:color w:val="334155"/>
          <w:sz w:val="22"/>
        </w:rPr>
        <w:t>, so it's worth planning for that now.</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If you pay early, the pay date you report to Revenue is the date you actually pay, and payroll has to be reported on or before that date. Check with your payroll provider.</w:t>
      </w:r>
    </w:p>
    <w:p>
      <w:pPr>
        <w:spacing w:before="320" w:after="120"/>
        <w:pBdr>
          <w:bottom w:val="single" w:sz="4" w:space="4" w:color="EEF2FF"/>
        </w:pBdr>
      </w:pPr>
      <w:r>
        <w:rPr>
          <w:rFonts w:ascii="Calibri" w:hAnsi="Calibri"/>
          <w:b/>
          <w:i w:val="0"/>
          <w:color w:val="0F172A"/>
          <w:sz w:val="26"/>
        </w:rPr>
        <w:t>6. Back to work in January email</w:t>
      </w:r>
    </w:p>
    <w:p>
      <w:pPr>
        <w:spacing w:after="160"/>
      </w:pPr>
      <w:r>
        <w:rPr>
          <w:rFonts w:ascii="Calibri" w:hAnsi="Calibri"/>
          <w:b w:val="0"/>
          <w:i w:val="0"/>
          <w:color w:val="0F172A"/>
          <w:sz w:val="22"/>
        </w:rPr>
        <w:t xml:space="preserve">Subject: Back on </w:t>
      </w:r>
      <w:r>
        <w:rPr>
          <w:rFonts w:ascii="Calibri" w:hAnsi="Calibri"/>
          <w:b/>
          <w:i w:val="0"/>
          <w:color w:val="3B5BFF"/>
          <w:sz w:val="22"/>
        </w:rPr>
        <w:t>[Monday 4 January]</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Thanks for everything this year - it's been a busy one.</w:t>
      </w:r>
    </w:p>
    <w:p>
      <w:pPr>
        <w:spacing w:after="120"/>
      </w:pPr>
      <w:r>
        <w:rPr>
          <w:rFonts w:ascii="Calibri" w:hAnsi="Calibri"/>
          <w:b w:val="0"/>
          <w:i w:val="0"/>
          <w:color w:val="334155"/>
          <w:sz w:val="22"/>
        </w:rPr>
        <w:t xml:space="preserve">Just a reminder that we're back on </w:t>
      </w:r>
      <w:r>
        <w:rPr>
          <w:rFonts w:ascii="Calibri" w:hAnsi="Calibri"/>
          <w:b/>
          <w:i w:val="0"/>
          <w:color w:val="3B5BFF"/>
          <w:sz w:val="22"/>
        </w:rPr>
        <w:t>[Monday 4 January]</w:t>
      </w:r>
      <w:r>
        <w:rPr>
          <w:rFonts w:ascii="Calibri" w:hAnsi="Calibri"/>
          <w:b w:val="0"/>
          <w:i w:val="0"/>
          <w:color w:val="334155"/>
          <w:sz w:val="22"/>
        </w:rPr>
        <w:t xml:space="preserve"> at the usual time. If you're sick or something's come up, let </w:t>
      </w:r>
      <w:r>
        <w:rPr>
          <w:rFonts w:ascii="Calibri" w:hAnsi="Calibri"/>
          <w:b/>
          <w:i w:val="0"/>
          <w:color w:val="3B5BFF"/>
          <w:sz w:val="22"/>
        </w:rPr>
        <w:t>[name]</w:t>
      </w:r>
      <w:r>
        <w:rPr>
          <w:rFonts w:ascii="Calibri" w:hAnsi="Calibri"/>
          <w:b w:val="0"/>
          <w:i w:val="0"/>
          <w:color w:val="334155"/>
          <w:sz w:val="22"/>
        </w:rPr>
        <w:t xml:space="preserve"> know before </w:t>
      </w:r>
      <w:r>
        <w:rPr>
          <w:rFonts w:ascii="Calibri" w:hAnsi="Calibri"/>
          <w:b/>
          <w:i w:val="0"/>
          <w:color w:val="3B5BFF"/>
          <w:sz w:val="22"/>
        </w:rPr>
        <w:t>[9am]</w:t>
      </w:r>
      <w:r>
        <w:rPr>
          <w:rFonts w:ascii="Calibri" w:hAnsi="Calibri"/>
          <w:b w:val="0"/>
          <w:i w:val="0"/>
          <w:color w:val="334155"/>
          <w:sz w:val="22"/>
        </w:rPr>
        <w:t xml:space="preserve"> that morning.</w:t>
      </w:r>
    </w:p>
    <w:p>
      <w:pPr>
        <w:spacing w:after="120"/>
      </w:pPr>
      <w:r>
        <w:rPr>
          <w:rFonts w:ascii="Calibri" w:hAnsi="Calibri"/>
          <w:b w:val="0"/>
          <w:i w:val="0"/>
          <w:color w:val="334155"/>
          <w:sz w:val="22"/>
        </w:rPr>
        <w:t xml:space="preserve">St Brigid's Day is the next public holiday, on </w:t>
      </w:r>
      <w:r>
        <w:rPr>
          <w:rFonts w:ascii="Calibri" w:hAnsi="Calibri"/>
          <w:b/>
          <w:i w:val="0"/>
          <w:color w:val="3B5BFF"/>
          <w:sz w:val="22"/>
        </w:rPr>
        <w:t>[Monday 1 February]</w:t>
      </w:r>
      <w:r>
        <w:rPr>
          <w:rFonts w:ascii="Calibri" w:hAnsi="Calibri"/>
          <w:b w:val="0"/>
          <w:i w:val="0"/>
          <w:color w:val="334155"/>
          <w:sz w:val="22"/>
        </w:rPr>
        <w:t>. If you've got plans for the year, get your annual leave booked early.</w:t>
      </w:r>
    </w:p>
    <w:p>
      <w:pPr>
        <w:spacing w:after="120"/>
      </w:pPr>
      <w:r>
        <w:rPr>
          <w:rFonts w:ascii="Calibri" w:hAnsi="Calibri"/>
          <w:b w:val="0"/>
          <w:i w:val="0"/>
          <w:color w:val="334155"/>
          <w:sz w:val="22"/>
        </w:rPr>
        <w:t>Have a brilliant Christmas.</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Send on your last working day before Christmas or first thing on the day you reopen.</w:t>
      </w:r>
    </w:p>
    <w:p>
      <w:pPr>
        <w:spacing w:before="320" w:after="120"/>
        <w:pBdr>
          <w:bottom w:val="single" w:sz="4" w:space="4" w:color="EEF2FF"/>
        </w:pBdr>
      </w:pPr>
      <w:r>
        <w:rPr>
          <w:rFonts w:ascii="Calibri" w:hAnsi="Calibri"/>
          <w:b/>
          <w:i w:val="0"/>
          <w:color w:val="0F172A"/>
          <w:sz w:val="26"/>
        </w:rPr>
        <w:t>7. Christmas paragraph for your staff handbook</w:t>
      </w:r>
    </w:p>
    <w:p>
      <w:pPr>
        <w:spacing w:after="120"/>
      </w:pPr>
      <w:r>
        <w:rPr>
          <w:rFonts w:ascii="Calibri" w:hAnsi="Calibri"/>
          <w:b w:val="0"/>
          <w:i w:val="0"/>
          <w:color w:val="0F172A"/>
          <w:sz w:val="22"/>
        </w:rPr>
        <w:t>Christmas and New Year</w:t>
      </w:r>
    </w:p>
    <w:p>
      <w:pPr>
        <w:spacing w:after="120"/>
      </w:pPr>
      <w:r>
        <w:rPr>
          <w:rFonts w:ascii="Calibri" w:hAnsi="Calibri"/>
          <w:b w:val="0"/>
          <w:i w:val="0"/>
          <w:color w:val="334155"/>
          <w:sz w:val="22"/>
        </w:rPr>
        <w:t xml:space="preserve">Each year we'll tell you </w:t>
      </w:r>
      <w:r>
        <w:rPr>
          <w:rFonts w:ascii="Calibri" w:hAnsi="Calibri"/>
          <w:b/>
          <w:i w:val="0"/>
          <w:color w:val="3B5BFF"/>
          <w:sz w:val="22"/>
        </w:rPr>
        <w:t>[by the start of October]</w:t>
      </w:r>
      <w:r>
        <w:rPr>
          <w:rFonts w:ascii="Calibri" w:hAnsi="Calibri"/>
          <w:b w:val="0"/>
          <w:i w:val="0"/>
          <w:color w:val="334155"/>
          <w:sz w:val="22"/>
        </w:rPr>
        <w:t xml:space="preserve"> whether we're closing over Christmas and New Year. If we close, any normal working days we're closed will come out of your annual leave and we'll tell you how many days to keep back. Public holidays never come out of your annual leave.</w:t>
      </w:r>
    </w:p>
    <w:p>
      <w:pPr>
        <w:spacing w:after="120"/>
      </w:pPr>
      <w:r>
        <w:rPr>
          <w:rFonts w:ascii="Calibri" w:hAnsi="Calibri"/>
          <w:b w:val="0"/>
          <w:i w:val="0"/>
          <w:color w:val="334155"/>
          <w:sz w:val="22"/>
        </w:rPr>
        <w:t xml:space="preserve">When a Christmas public holiday falls on a day we're not open, such as a Saturday, we'll tell you in advance which benefit you'll get for it: </w:t>
      </w:r>
      <w:r>
        <w:rPr>
          <w:rFonts w:ascii="Calibri" w:hAnsi="Calibri"/>
          <w:b/>
          <w:i w:val="0"/>
          <w:color w:val="3B5BFF"/>
          <w:sz w:val="22"/>
        </w:rPr>
        <w:t>[a paid day off within a month / an extra day of annual leave / an extra day's pay]</w:t>
      </w:r>
      <w:r>
        <w:rPr>
          <w:rFonts w:ascii="Calibri" w:hAnsi="Calibri"/>
          <w:b w:val="0"/>
          <w:i w:val="0"/>
          <w:color w:val="334155"/>
          <w:sz w:val="22"/>
        </w:rPr>
        <w:t>.</w:t>
      </w:r>
    </w:p>
    <w:p>
      <w:pPr>
        <w:spacing w:after="120"/>
      </w:pPr>
      <w:r>
        <w:rPr>
          <w:rFonts w:ascii="Calibri" w:hAnsi="Calibri"/>
          <w:b w:val="0"/>
          <w:i w:val="0"/>
          <w:color w:val="334155"/>
          <w:sz w:val="22"/>
        </w:rPr>
        <w:t xml:space="preserve">If we stay open, annual leave between </w:t>
      </w:r>
      <w:r>
        <w:rPr>
          <w:rFonts w:ascii="Calibri" w:hAnsi="Calibri"/>
          <w:b/>
          <w:i w:val="0"/>
          <w:color w:val="3B5BFF"/>
          <w:sz w:val="22"/>
        </w:rPr>
        <w:t>[21 December]</w:t>
      </w:r>
      <w:r>
        <w:rPr>
          <w:rFonts w:ascii="Calibri" w:hAnsi="Calibri"/>
          <w:b w:val="0"/>
          <w:i w:val="0"/>
          <w:color w:val="334155"/>
          <w:sz w:val="22"/>
        </w:rPr>
        <w:t xml:space="preserve"> and </w:t>
      </w:r>
      <w:r>
        <w:rPr>
          <w:rFonts w:ascii="Calibri" w:hAnsi="Calibri"/>
          <w:b/>
          <w:i w:val="0"/>
          <w:color w:val="3B5BFF"/>
          <w:sz w:val="22"/>
        </w:rPr>
        <w:t>[4 January]</w:t>
      </w:r>
      <w:r>
        <w:rPr>
          <w:rFonts w:ascii="Calibri" w:hAnsi="Calibri"/>
          <w:b w:val="0"/>
          <w:i w:val="0"/>
          <w:color w:val="334155"/>
          <w:sz w:val="22"/>
        </w:rPr>
        <w:t xml:space="preserve"> is first come, first served up to </w:t>
      </w:r>
      <w:r>
        <w:rPr>
          <w:rFonts w:ascii="Calibri" w:hAnsi="Calibri"/>
          <w:b/>
          <w:i w:val="0"/>
          <w:color w:val="3B5BFF"/>
          <w:sz w:val="22"/>
        </w:rPr>
        <w:t>[the number of people each team can have off]</w:t>
      </w:r>
      <w:r>
        <w:rPr>
          <w:rFonts w:ascii="Calibri" w:hAnsi="Calibri"/>
          <w:b w:val="0"/>
          <w:i w:val="0"/>
          <w:color w:val="334155"/>
          <w:sz w:val="22"/>
        </w:rPr>
        <w:t xml:space="preserve">. Requests for this period need to be in by </w:t>
      </w:r>
      <w:r>
        <w:rPr>
          <w:rFonts w:ascii="Calibri" w:hAnsi="Calibri"/>
          <w:b/>
          <w:i w:val="0"/>
          <w:color w:val="3B5BFF"/>
          <w:sz w:val="22"/>
        </w:rPr>
        <w:t>[31 October]</w:t>
      </w:r>
      <w:r>
        <w:rPr>
          <w:rFonts w:ascii="Calibri" w:hAnsi="Calibri"/>
          <w:b w:val="0"/>
          <w:i w:val="0"/>
          <w:color w:val="334155"/>
          <w:sz w:val="22"/>
        </w:rPr>
        <w:t>.</w:t>
      </w:r>
    </w:p>
    <w:p>
      <w:pPr>
        <w:spacing w:after="120"/>
      </w:pPr>
      <w:r>
        <w:rPr>
          <w:rFonts w:ascii="Calibri" w:hAnsi="Calibri"/>
          <w:b w:val="0"/>
          <w:i w:val="0"/>
          <w:color w:val="334155"/>
          <w:sz w:val="22"/>
        </w:rPr>
        <w:t>Christmas Eve and New Year's Eve are normal working days unless we tell you otherwise.</w:t>
      </w:r>
    </w:p>
    <w:p>
      <w:pPr>
        <w:spacing w:after="200"/>
        <w:ind w:left="227"/>
      </w:pPr>
      <w:r>
        <w:rPr>
          <w:rFonts w:ascii="Calibri" w:hAnsi="Calibri"/>
          <w:b w:val="0"/>
          <w:i/>
          <w:color w:val="64748B"/>
          <w:sz w:val="22"/>
        </w:rPr>
        <w:t>Note: Optional. Most small teams only need the emails. A short paragraph in the handbook helps new starters know to keep some annual leave back for Christmas.</w:t>
      </w:r>
    </w:p>
    <w:p>
      <w:pPr>
        <w:spacing w:before="320" w:after="120"/>
        <w:pBdr>
          <w:bottom w:val="single" w:sz="4" w:space="4" w:color="EEF2FF"/>
        </w:pBdr>
      </w:pPr>
      <w:r>
        <w:rPr>
          <w:rFonts w:ascii="Calibri" w:hAnsi="Calibri"/>
          <w:b/>
          <w:i w:val="0"/>
          <w:color w:val="0F172A"/>
          <w:sz w:val="26"/>
        </w:rPr>
        <w:t>Disclaimer</w:t>
      </w:r>
    </w:p>
    <w:p>
      <w:pPr>
        <w:spacing w:after="120"/>
      </w:pPr>
      <w:r>
        <w:rPr>
          <w:rFonts w:ascii="Calibri" w:hAnsi="Calibri"/>
          <w:b w:val="0"/>
          <w:i/>
          <w:color w:val="64748B"/>
          <w:sz w:val="22"/>
        </w:rPr>
        <w:t>These templates are general information for employers in Ireland, not legal advice. Check your contracts too. For anything tricky, Citizens Information and the Workplace Relations Commission both have free information services, or talk to an employment solicitor.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