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b/>
          <w:color w:val="0F172A"/>
          <w:sz w:val="40"/>
        </w:rPr>
        <w:t>MODULO DI RICHIESTA FERIE</w:t>
      </w:r>
    </w:p>
    <w:p>
      <w:pPr>
        <w:spacing w:after="200"/>
        <w:jc w:val="center"/>
      </w:pPr>
      <w:r>
        <w:rPr>
          <w:color w:val="64748B"/>
          <w:sz w:val="20"/>
        </w:rPr>
        <w:t>Per i team a San Marino  ·  Da consegnare al tuo responsabile diretto. Dai tutto il preavviso richiesto dal regolamento aziendale.</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Nome dell'azienda</w:t>
            </w:r>
          </w:p>
        </w:tc>
        <w:tc>
          <w:tcPr>
            <w:tcW w:type="dxa" w:w="6048"/>
            <w:shd w:val="clear" w:fill="F8FAFC"/>
          </w:tcPr>
          <w:p/>
        </w:tc>
      </w:tr>
      <w:tr>
        <w:tc>
          <w:tcPr>
            <w:tcW w:type="dxa" w:w="3024"/>
          </w:tcPr>
          <w:p>
            <w:r>
              <w:rPr>
                <w:b/>
                <w:color w:val="0F172A"/>
                <w:sz w:val="20"/>
              </w:rPr>
              <w:t>Anno di riferimento</w:t>
            </w:r>
          </w:p>
        </w:tc>
        <w:tc>
          <w:tcPr>
            <w:tcW w:type="dxa" w:w="6048"/>
            <w:shd w:val="clear" w:fill="F8FAFC"/>
          </w:tcPr>
          <w:p>
            <w:r>
              <w:rPr>
                <w:i/>
                <w:color w:val="64748B"/>
                <w:sz w:val="17"/>
              </w:rPr>
              <w:t>ad esempio, da gen. a dic. 2026, oppure da apr. 2026 a mar. 2027</w:t>
            </w:r>
          </w:p>
        </w:tc>
      </w:tr>
    </w:tbl>
    <w:p>
      <w:pPr>
        <w:spacing w:after="40"/>
      </w:pPr>
    </w:p>
    <w:p>
      <w:pPr>
        <w:spacing w:before="240" w:after="80"/>
        <w:pBdr>
          <w:bottom w:val="single" w:sz="6" w:space="2" w:color="C7D2FE"/>
        </w:pBdr>
      </w:pPr>
      <w:r>
        <w:rPr>
          <w:b/>
          <w:color w:val="3B5BFF"/>
          <w:sz w:val="24"/>
        </w:rPr>
        <w:t>STEP 1  ·  I tuoi dati</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Nome completo</w:t>
            </w:r>
          </w:p>
        </w:tc>
        <w:tc>
          <w:tcPr>
            <w:tcW w:type="dxa" w:w="6048"/>
            <w:shd w:val="clear" w:fill="F8FAFC"/>
          </w:tcPr>
          <w:p/>
        </w:tc>
      </w:tr>
      <w:tr>
        <w:tc>
          <w:tcPr>
            <w:tcW w:type="dxa" w:w="3024"/>
          </w:tcPr>
          <w:p>
            <w:r>
              <w:rPr>
                <w:b/>
                <w:color w:val="0F172A"/>
                <w:sz w:val="20"/>
              </w:rPr>
              <w:t>Mansione</w:t>
            </w:r>
          </w:p>
        </w:tc>
        <w:tc>
          <w:tcPr>
            <w:tcW w:type="dxa" w:w="6048"/>
            <w:shd w:val="clear" w:fill="F8FAFC"/>
          </w:tcPr>
          <w:p/>
        </w:tc>
      </w:tr>
      <w:tr>
        <w:tc>
          <w:tcPr>
            <w:tcW w:type="dxa" w:w="3024"/>
          </w:tcPr>
          <w:p>
            <w:r>
              <w:rPr>
                <w:b/>
                <w:color w:val="0F172A"/>
                <w:sz w:val="20"/>
              </w:rPr>
              <w:t>Reparto</w:t>
            </w:r>
          </w:p>
        </w:tc>
        <w:tc>
          <w:tcPr>
            <w:tcW w:type="dxa" w:w="6048"/>
            <w:shd w:val="clear" w:fill="F8FAFC"/>
          </w:tcPr>
          <w:p/>
        </w:tc>
      </w:tr>
      <w:tr>
        <w:tc>
          <w:tcPr>
            <w:tcW w:type="dxa" w:w="3024"/>
          </w:tcPr>
          <w:p>
            <w:r>
              <w:rPr>
                <w:b/>
                <w:color w:val="0F172A"/>
                <w:sz w:val="20"/>
              </w:rPr>
              <w:t>Matricola</w:t>
            </w:r>
          </w:p>
        </w:tc>
        <w:tc>
          <w:tcPr>
            <w:tcW w:type="dxa" w:w="6048"/>
            <w:shd w:val="clear" w:fill="F8FAFC"/>
          </w:tcPr>
          <w:p>
            <w:r>
              <w:rPr>
                <w:i/>
                <w:color w:val="64748B"/>
                <w:sz w:val="17"/>
              </w:rPr>
              <w:t>se applicabile</w:t>
            </w:r>
          </w:p>
        </w:tc>
      </w:tr>
      <w:tr>
        <w:tc>
          <w:tcPr>
            <w:tcW w:type="dxa" w:w="3024"/>
          </w:tcPr>
          <w:p>
            <w:r>
              <w:rPr>
                <w:b/>
                <w:color w:val="0F172A"/>
                <w:sz w:val="20"/>
              </w:rPr>
              <w:t>Responsabile diretto</w:t>
            </w:r>
          </w:p>
        </w:tc>
        <w:tc>
          <w:tcPr>
            <w:tcW w:type="dxa" w:w="6048"/>
            <w:shd w:val="clear" w:fill="F8FAFC"/>
          </w:tcPr>
          <w:p/>
        </w:tc>
      </w:tr>
    </w:tbl>
    <w:p>
      <w:pPr>
        <w:spacing w:after="40"/>
      </w:pPr>
    </w:p>
    <w:p>
      <w:pPr>
        <w:spacing w:before="240" w:after="80"/>
        <w:pBdr>
          <w:bottom w:val="single" w:sz="6" w:space="2" w:color="C7D2FE"/>
        </w:pBdr>
      </w:pPr>
      <w:r>
        <w:rPr>
          <w:b/>
          <w:color w:val="3B5BFF"/>
          <w:sz w:val="24"/>
        </w:rPr>
        <w:t>STEP 2  ·  Date e durata delle ferie</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Primo giorno di ferie</w:t>
            </w:r>
          </w:p>
        </w:tc>
        <w:tc>
          <w:tcPr>
            <w:tcW w:type="dxa" w:w="6048"/>
            <w:shd w:val="clear" w:fill="F8FAFC"/>
          </w:tcPr>
          <w:p>
            <w:r>
              <w:rPr>
                <w:i/>
                <w:color w:val="64748B"/>
                <w:sz w:val="17"/>
              </w:rPr>
              <w:t>GG / MM / AAAA</w:t>
            </w:r>
          </w:p>
        </w:tc>
      </w:tr>
      <w:tr>
        <w:tc>
          <w:tcPr>
            <w:tcW w:type="dxa" w:w="3024"/>
          </w:tcPr>
          <w:p>
            <w:r>
              <w:rPr>
                <w:b/>
                <w:color w:val="0F172A"/>
                <w:sz w:val="20"/>
              </w:rPr>
              <w:t>Ultimo giorno di ferie</w:t>
            </w:r>
          </w:p>
        </w:tc>
        <w:tc>
          <w:tcPr>
            <w:tcW w:type="dxa" w:w="6048"/>
            <w:shd w:val="clear" w:fill="F8FAFC"/>
          </w:tcPr>
          <w:p>
            <w:r>
              <w:rPr>
                <w:i/>
                <w:color w:val="64748B"/>
                <w:sz w:val="17"/>
              </w:rPr>
              <w:t>GG / MM / AAAA</w:t>
            </w:r>
          </w:p>
        </w:tc>
      </w:tr>
    </w:tbl>
    <w:p>
      <w:pPr>
        <w:spacing w:after="40"/>
      </w:pPr>
    </w:p>
    <w:p>
      <w:pPr>
        <w:spacing w:after="40"/>
      </w:pPr>
      <w:r>
        <w:rPr>
          <w:sz w:val="24"/>
        </w:rPr>
        <w:t xml:space="preserve">☐  </w:t>
      </w:r>
      <w:r>
        <w:rPr>
          <w:color w:val="0F172A"/>
          <w:sz w:val="21"/>
        </w:rPr>
        <w:t>Giornate intere</w:t>
      </w:r>
      <w:r>
        <w:rPr>
          <w:i/>
          <w:color w:val="64748B"/>
          <w:sz w:val="17"/>
        </w:rPr>
        <w:t xml:space="preserve">   sia il primo sia l'ultimo giorno sono giornate intere</w:t>
      </w:r>
    </w:p>
    <w:p>
      <w:pPr>
        <w:spacing w:after="40"/>
      </w:pPr>
      <w:r>
        <w:rPr>
          <w:sz w:val="24"/>
        </w:rPr>
        <w:t xml:space="preserve">☐  </w:t>
      </w:r>
      <w:r>
        <w:rPr>
          <w:color w:val="0F172A"/>
          <w:sz w:val="21"/>
        </w:rPr>
        <w:t>Mezza giornata · inizio mattina</w:t>
      </w:r>
      <w:r>
        <w:rPr>
          <w:i/>
          <w:color w:val="64748B"/>
          <w:sz w:val="17"/>
        </w:rPr>
        <w:t xml:space="preserve">   rientro nel pomeriggio l'ultimo giorno</w:t>
      </w:r>
    </w:p>
    <w:p>
      <w:pPr>
        <w:spacing w:after="40"/>
      </w:pPr>
      <w:r>
        <w:rPr>
          <w:sz w:val="24"/>
        </w:rPr>
        <w:t xml:space="preserve">☐  </w:t>
      </w:r>
      <w:r>
        <w:rPr>
          <w:color w:val="0F172A"/>
          <w:sz w:val="21"/>
        </w:rPr>
        <w:t>Mezza giornata · inizio pomeriggio</w:t>
      </w:r>
      <w:r>
        <w:rPr>
          <w:i/>
          <w:color w:val="64748B"/>
          <w:sz w:val="17"/>
        </w:rPr>
        <w:t xml:space="preserve">   il primo giorno è solo pomeriggio</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Totale giorni lavorativi richiesti</w:t>
            </w:r>
          </w:p>
        </w:tc>
        <w:tc>
          <w:tcPr>
            <w:tcW w:type="dxa" w:w="6048"/>
            <w:shd w:val="clear" w:fill="F8FAFC"/>
          </w:tcPr>
          <w:p>
            <w:r>
              <w:rPr>
                <w:i/>
                <w:color w:val="64748B"/>
                <w:sz w:val="17"/>
              </w:rPr>
              <w:t>non contare weekend o giorni festivi, a meno che tu non li lavori normalmente</w:t>
            </w:r>
          </w:p>
        </w:tc>
      </w:tr>
      <w:tr>
        <w:tc>
          <w:tcPr>
            <w:tcW w:type="dxa" w:w="3024"/>
          </w:tcPr>
          <w:p>
            <w:r>
              <w:rPr>
                <w:b/>
                <w:color w:val="0F172A"/>
                <w:sz w:val="20"/>
              </w:rPr>
              <w:t>Giorni residui dopo questa richiesta</w:t>
            </w:r>
          </w:p>
        </w:tc>
        <w:tc>
          <w:tcPr>
            <w:tcW w:type="dxa" w:w="6048"/>
            <w:shd w:val="clear" w:fill="F8FAFC"/>
          </w:tcPr>
          <w:p>
            <w:r>
              <w:rPr>
                <w:i/>
                <w:color w:val="64748B"/>
                <w:sz w:val="17"/>
              </w:rPr>
              <w:t>sul tuo monte ferie attuale</w:t>
            </w:r>
          </w:p>
        </w:tc>
      </w:tr>
    </w:tbl>
    <w:p>
      <w:pPr>
        <w:spacing w:after="40"/>
      </w:pPr>
    </w:p>
    <w:p>
      <w:pPr>
        <w:spacing w:before="240" w:after="80"/>
        <w:pBdr>
          <w:bottom w:val="single" w:sz="6" w:space="2" w:color="C7D2FE"/>
        </w:pBdr>
      </w:pPr>
      <w:r>
        <w:rPr>
          <w:b/>
          <w:color w:val="3B5BFF"/>
          <w:sz w:val="24"/>
        </w:rPr>
        <w:t>STEP 3  ·  Tipo di congedo</w:t>
      </w:r>
    </w:p>
    <w:p>
      <w:pPr>
        <w:spacing w:after="40"/>
      </w:pPr>
      <w:r>
        <w:rPr>
          <w:sz w:val="24"/>
        </w:rPr>
        <w:t xml:space="preserve">☐  </w:t>
      </w:r>
      <w:r>
        <w:rPr>
          <w:color w:val="0F172A"/>
          <w:sz w:val="21"/>
        </w:rPr>
        <w:t>Ferie (anno in corso)</w:t>
      </w:r>
    </w:p>
    <w:p>
      <w:pPr>
        <w:spacing w:after="40"/>
      </w:pPr>
      <w:r>
        <w:rPr>
          <w:sz w:val="24"/>
        </w:rPr>
        <w:t xml:space="preserve">☐  </w:t>
      </w:r>
      <w:r>
        <w:rPr>
          <w:color w:val="0F172A"/>
          <w:sz w:val="21"/>
        </w:rPr>
        <w:t>Ferie (riportate)</w:t>
      </w:r>
    </w:p>
    <w:p>
      <w:pPr>
        <w:spacing w:after="40"/>
      </w:pPr>
      <w:r>
        <w:rPr>
          <w:sz w:val="24"/>
        </w:rPr>
        <w:t xml:space="preserve">☐  </w:t>
      </w:r>
      <w:r>
        <w:rPr>
          <w:color w:val="0F172A"/>
          <w:sz w:val="21"/>
        </w:rPr>
        <w:t>Congedo non retribuito</w:t>
      </w:r>
    </w:p>
    <w:p>
      <w:pPr>
        <w:spacing w:after="40"/>
      </w:pPr>
      <w:r>
        <w:rPr>
          <w:sz w:val="24"/>
        </w:rPr>
        <w:t xml:space="preserve">☐  </w:t>
      </w:r>
      <w:r>
        <w:rPr>
          <w:color w:val="0F172A"/>
          <w:sz w:val="21"/>
        </w:rPr>
        <w:t>Altro</w:t>
      </w:r>
      <w:r>
        <w:rPr>
          <w:i/>
          <w:color w:val="64748B"/>
          <w:sz w:val="17"/>
        </w:rPr>
        <w:t xml:space="preserve">   specificare, ad esempio recupero ore (banca ore)</w:t>
      </w:r>
    </w:p>
    <w:p>
      <w:pPr>
        <w:spacing w:before="240" w:after="80"/>
        <w:pBdr>
          <w:bottom w:val="single" w:sz="6" w:space="2" w:color="C7D2FE"/>
        </w:pBdr>
      </w:pPr>
      <w:r>
        <w:rPr>
          <w:b/>
          <w:color w:val="3B5BFF"/>
          <w:sz w:val="24"/>
        </w:rPr>
        <w:t>STEP 4  ·  Sostituzione e passaggio di consegne</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Chi coprirà le tue mansioni?</w:t>
            </w:r>
          </w:p>
        </w:tc>
        <w:tc>
          <w:tcPr>
            <w:tcW w:type="dxa" w:w="6048"/>
            <w:shd w:val="clear" w:fill="F8FAFC"/>
          </w:tcPr>
          <w:p>
            <w:r>
              <w:rPr>
                <w:i/>
                <w:color w:val="64748B"/>
                <w:sz w:val="17"/>
              </w:rPr>
              <w:t>nome e ruolo</w:t>
            </w:r>
          </w:p>
        </w:tc>
      </w:tr>
      <w:tr>
        <w:tc>
          <w:tcPr>
            <w:tcW w:type="dxa" w:w="3024"/>
          </w:tcPr>
          <w:p>
            <w:r>
              <w:rPr>
                <w:b/>
                <w:color w:val="0F172A"/>
                <w:sz w:val="20"/>
              </w:rPr>
              <w:t>Note per il passaggio di consegne</w:t>
            </w:r>
          </w:p>
        </w:tc>
        <w:tc>
          <w:tcPr>
            <w:tcW w:type="dxa" w:w="6048"/>
            <w:shd w:val="clear" w:fill="F8FAFC"/>
          </w:tcPr>
          <w:p>
            <w:r>
              <w:rPr>
                <w:i/>
                <w:color w:val="64748B"/>
                <w:sz w:val="17"/>
              </w:rPr>
              <w:t>scadenze, riunioni, lavori in corso o contatti da coprire durante la tua assenza</w:t>
            </w:r>
          </w:p>
        </w:tc>
      </w:tr>
    </w:tbl>
    <w:p>
      <w:pPr>
        <w:spacing w:after="40"/>
      </w:pPr>
    </w:p>
    <w:p>
      <w:pPr>
        <w:spacing w:before="240" w:after="80"/>
        <w:pBdr>
          <w:bottom w:val="single" w:sz="6" w:space="2" w:color="C7D2FE"/>
        </w:pBdr>
      </w:pPr>
      <w:r>
        <w:rPr>
          <w:b/>
          <w:color w:val="3B5BFF"/>
          <w:sz w:val="24"/>
        </w:rPr>
        <w:t>STEP 5  ·  La tua dichiarazione</w:t>
      </w:r>
    </w:p>
    <w:p>
      <w:pPr>
        <w:spacing w:after="20"/>
        <w:ind w:left="288"/>
      </w:pPr>
      <w:r>
        <w:rPr>
          <w:color w:val="3B5BFF"/>
        </w:rPr>
        <w:t xml:space="preserve">•  </w:t>
      </w:r>
      <w:r>
        <w:rPr>
          <w:sz w:val="20"/>
        </w:rPr>
        <w:t>Ho dato il preavviso richiesto dal regolamento aziendale.</w:t>
      </w:r>
    </w:p>
    <w:p>
      <w:pPr>
        <w:spacing w:after="20"/>
        <w:ind w:left="288"/>
      </w:pPr>
      <w:r>
        <w:rPr>
          <w:color w:val="3B5BFF"/>
        </w:rPr>
        <w:t xml:space="preserve">•  </w:t>
      </w:r>
      <w:r>
        <w:rPr>
          <w:sz w:val="20"/>
        </w:rPr>
        <w:t>Ho ferie residue sufficienti a coprire questa richiesta.</w:t>
      </w:r>
    </w:p>
    <w:p>
      <w:pPr>
        <w:spacing w:after="20"/>
        <w:ind w:left="288"/>
      </w:pPr>
      <w:r>
        <w:rPr>
          <w:color w:val="3B5BFF"/>
        </w:rPr>
        <w:t xml:space="preserve">•  </w:t>
      </w:r>
      <w:r>
        <w:rPr>
          <w:sz w:val="20"/>
        </w:rPr>
        <w:t>Ho organizzato un'adeguata sostituzione e un passaggio di consegne con la persona indicata sopra.</w:t>
      </w:r>
    </w:p>
    <w:p>
      <w:pPr>
        <w:spacing w:after="20"/>
        <w:ind w:left="288"/>
      </w:pPr>
      <w:r>
        <w:rPr>
          <w:color w:val="3B5BFF"/>
        </w:rPr>
        <w:t xml:space="preserve">•  </w:t>
      </w:r>
      <w:r>
        <w:rPr>
          <w:sz w:val="20"/>
        </w:rPr>
        <w:t>Ho letto e rispetterò il regolamento aziendale sulle ferie.</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Firma del dipendente</w:t>
            </w:r>
          </w:p>
        </w:tc>
        <w:tc>
          <w:tcPr>
            <w:tcW w:type="dxa" w:w="6048"/>
            <w:shd w:val="clear" w:fill="F8FAFC"/>
          </w:tcPr>
          <w:p/>
        </w:tc>
      </w:tr>
      <w:tr>
        <w:tc>
          <w:tcPr>
            <w:tcW w:type="dxa" w:w="3024"/>
          </w:tcPr>
          <w:p>
            <w:r>
              <w:rPr>
                <w:b/>
                <w:color w:val="0F172A"/>
                <w:sz w:val="20"/>
              </w:rPr>
              <w:t>Data</w:t>
            </w:r>
          </w:p>
        </w:tc>
        <w:tc>
          <w:tcPr>
            <w:tcW w:type="dxa" w:w="6048"/>
            <w:shd w:val="clear" w:fill="F8FAFC"/>
          </w:tcPr>
          <w:p/>
        </w:tc>
      </w:tr>
    </w:tbl>
    <w:p>
      <w:pPr>
        <w:spacing w:after="40"/>
      </w:pPr>
    </w:p>
    <w:p>
      <w:pPr>
        <w:spacing w:before="240" w:after="80"/>
        <w:pBdr>
          <w:bottom w:val="single" w:sz="6" w:space="2" w:color="C7D2FE"/>
        </w:pBdr>
      </w:pPr>
      <w:r>
        <w:rPr>
          <w:b/>
          <w:color w:val="3B5BFF"/>
          <w:sz w:val="24"/>
        </w:rPr>
        <w:t>STEP 6  ·  Per chi approva</w:t>
      </w:r>
    </w:p>
    <w:p>
      <w:pPr>
        <w:spacing w:after="40"/>
      </w:pPr>
      <w:r>
        <w:rPr>
          <w:sz w:val="24"/>
        </w:rPr>
        <w:t xml:space="preserve">☐  </w:t>
      </w:r>
      <w:r>
        <w:rPr>
          <w:color w:val="0F172A"/>
          <w:sz w:val="21"/>
        </w:rPr>
        <w:t>Approvato</w:t>
      </w:r>
      <w:r>
        <w:rPr>
          <w:i/>
          <w:color w:val="64748B"/>
          <w:sz w:val="17"/>
        </w:rPr>
        <w:t xml:space="preserve">   ferie prenotate e registrate</w:t>
      </w:r>
    </w:p>
    <w:p>
      <w:pPr>
        <w:spacing w:after="40"/>
      </w:pPr>
      <w:r>
        <w:rPr>
          <w:sz w:val="24"/>
        </w:rPr>
        <w:t xml:space="preserve">☐  </w:t>
      </w:r>
      <w:r>
        <w:rPr>
          <w:color w:val="0F172A"/>
          <w:sz w:val="21"/>
        </w:rPr>
        <w:t>Rifiutato</w:t>
      </w:r>
      <w:r>
        <w:rPr>
          <w:i/>
          <w:color w:val="64748B"/>
          <w:sz w:val="17"/>
        </w:rPr>
        <w:t xml:space="preserve">   motivo indicato sotto</w:t>
      </w:r>
    </w:p>
    <w:p>
      <w:pPr>
        <w:spacing w:after="40"/>
      </w:pPr>
      <w:r>
        <w:rPr>
          <w:sz w:val="24"/>
        </w:rPr>
        <w:t xml:space="preserve">☐  </w:t>
      </w:r>
      <w:r>
        <w:rPr>
          <w:color w:val="0F172A"/>
          <w:sz w:val="21"/>
        </w:rPr>
        <w:t>In sospeso</w:t>
      </w:r>
      <w:r>
        <w:rPr>
          <w:i/>
          <w:color w:val="64748B"/>
          <w:sz w:val="17"/>
        </w:rPr>
        <w:t xml:space="preserve">   servono ulteriori informazioni</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Commenti di chi approva</w:t>
            </w:r>
          </w:p>
        </w:tc>
        <w:tc>
          <w:tcPr>
            <w:tcW w:type="dxa" w:w="6048"/>
            <w:shd w:val="clear" w:fill="F8FAFC"/>
          </w:tcPr>
          <w:p>
            <w:r>
              <w:rPr>
                <w:i/>
                <w:color w:val="64748B"/>
                <w:sz w:val="17"/>
              </w:rPr>
              <w:t>in caso di rifiuto, indicare il motivo aziendale</w:t>
            </w:r>
          </w:p>
        </w:tc>
      </w:tr>
      <w:tr>
        <w:tc>
          <w:tcPr>
            <w:tcW w:type="dxa" w:w="3024"/>
          </w:tcPr>
          <w:p>
            <w:r>
              <w:rPr>
                <w:b/>
                <w:color w:val="0F172A"/>
                <w:sz w:val="20"/>
              </w:rPr>
              <w:t>Nome e firma di chi approva</w:t>
            </w:r>
          </w:p>
        </w:tc>
        <w:tc>
          <w:tcPr>
            <w:tcW w:type="dxa" w:w="6048"/>
            <w:shd w:val="clear" w:fill="F8FAFC"/>
          </w:tcPr>
          <w:p/>
        </w:tc>
      </w:tr>
      <w:tr>
        <w:tc>
          <w:tcPr>
            <w:tcW w:type="dxa" w:w="3024"/>
          </w:tcPr>
          <w:p>
            <w:r>
              <w:rPr>
                <w:b/>
                <w:color w:val="0F172A"/>
                <w:sz w:val="20"/>
              </w:rPr>
              <w:t>Data</w:t>
            </w:r>
          </w:p>
        </w:tc>
        <w:tc>
          <w:tcPr>
            <w:tcW w:type="dxa" w:w="6048"/>
            <w:shd w:val="clear" w:fill="F8FAFC"/>
          </w:tcPr>
          <w:p/>
        </w:tc>
      </w:tr>
    </w:tbl>
    <w:p>
      <w:pPr>
        <w:spacing w:after="40"/>
      </w:pPr>
    </w:p>
    <w:p>
      <w:pPr>
        <w:spacing w:before="240"/>
      </w:pPr>
      <w:r>
        <w:rPr>
          <w:b/>
          <w:color w:val="0F172A"/>
          <w:sz w:val="18"/>
        </w:rPr>
        <w:t>Nota sui dati</w:t>
      </w:r>
    </w:p>
    <w:p>
      <w:pPr>
        <w:spacing w:before="80"/>
      </w:pPr>
      <w:r>
        <w:rPr>
          <w:i/>
          <w:color w:val="64748B"/>
          <w:sz w:val="18"/>
        </w:rPr>
        <w:t>Le informazioni personali di questo modulo sono usate per gestire le ferie nell'ambito del tuo contratto di lavoro. Sono conservate in modo sicuro con accesso limitato, in linea con l'informativa sulla privacy aziendale e la normativa sulla protezione dei dati.</w:t>
      </w:r>
    </w:p>
    <w:p>
      <w:pPr>
        <w:spacing w:before="320"/>
        <w:jc w:val="center"/>
      </w:pPr>
      <w:r>
        <w:rPr>
          <w:b/>
          <w:color w:val="3B5BFF"/>
          <w:sz w:val="19"/>
        </w:rPr>
        <w:t>Modello gratuito di Book Time Off</w:t>
      </w:r>
    </w:p>
    <w:p>
      <w:pPr>
        <w:jc w:val="center"/>
      </w:pPr>
      <w:hyperlink r:id="rId9">
        <w:r>
          <w:rPr>
            <w:color w:val="3B5BFF"/>
            <w:u w:val="single"/>
            <w:b/>
            <w:sz w:val="17"/>
          </w:rPr>
          <w:t xml:space="preserve">Inizia una prova gratuita di 30 giorni</w:t>
        </w:r>
      </w:hyperlink>
      <w:r>
        <w:rPr>
          <w:color w:val="64748B"/>
          <w:sz w:val="17"/>
        </w:rPr>
        <w:t xml:space="preserve"> e tieni traccia automaticamente delle ferie di ogni membro del team. €1 per utente / mese  ·  nessuna carta richiesta.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334155"/>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book-time-off.com/app?signup=1&amp;country=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