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FORMULÁR ŽIADOSTI O DOVOLENKU</w:t>
      </w:r>
    </w:p>
    <w:p>
      <w:pPr>
        <w:spacing w:after="200"/>
        <w:jc w:val="center"/>
      </w:pPr>
      <w:r>
        <w:rPr>
          <w:color w:val="64748B"/>
          <w:sz w:val="20"/>
        </w:rPr>
        <w:t>Pre tímy na Slovensku  ·  Odovzdajte svojmu priamemu nadriadenému. Oznámte to s takým predstihom, aký vyžaduje smernica vašej firmy.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Názov firmy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Dovolenkový rok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napríklad jan. až dec. 2026, alebo apr. 2026 až mar.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Vaše údaje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Celé meno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Pracovná pozícia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Oddelenie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Osobné číslo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ak sa uplatňuje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Priamy nadriadený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Dátumy a rozsah dovolenky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Prvý deň dovolenky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RRRR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Posledný deň dovolenky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DD / MM / RRRR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Celé dni</w:t>
      </w:r>
      <w:r>
        <w:rPr>
          <w:i/>
          <w:color w:val="64748B"/>
          <w:sz w:val="17"/>
        </w:rPr>
        <w:t xml:space="preserve">   prvý aj posledný deň sú celé dni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Poldeň · začiatok doobeda</w:t>
      </w:r>
      <w:r>
        <w:rPr>
          <w:i/>
          <w:color w:val="64748B"/>
          <w:sz w:val="17"/>
        </w:rPr>
        <w:t xml:space="preserve">   návrat na poobedie v posledný deň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Poldeň · začiatok poobede</w:t>
      </w:r>
      <w:r>
        <w:rPr>
          <w:i/>
          <w:color w:val="64748B"/>
          <w:sz w:val="17"/>
        </w:rPr>
        <w:t xml:space="preserve">   prvý deň je len poobedie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Celkový počet žiadaných pracovných dní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nerátajte víkendy ani štátne sviatky, pokiaľ v ne bežne nepracujete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Zostávajúce dni po tejto žiadosti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z vášho aktuálneho nároku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Druh voľna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Dovolenka (aktuálny rok)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Dovolenka (prenesená)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Neplatené voľno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Iné</w:t>
      </w:r>
      <w:r>
        <w:rPr>
          <w:i/>
          <w:color w:val="64748B"/>
          <w:sz w:val="17"/>
        </w:rPr>
        <w:t xml:space="preserve">   prosím upresnite, napríklad náhradné voľno za nadčas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Zastupovanie a odovzdanie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Kto prevezme vaše povinnosti?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meno a pozícia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Poznámky k odovzdaniu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termíny, stretnutia, prebiehajúca práca alebo kontakty, ktoré treba pokryť počas vašej neprítomnosti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Vaše vyhlásenie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Oznámil som to s predstihom, ktorý vyžaduje smernica mojej firmy.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Zostáva mi dostatok dovolenky na pokrytie tejto žiadosti.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Zabezpečil som vhodné zastupovanie a odovzdanie s osobou uvedenou vyššie.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Prečítal som si smernicu firmy o dovolenke a budem sa ňou riadiť.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Podpis zamestnanca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Dátum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Pre schvaľovateľa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Schválené</w:t>
      </w:r>
      <w:r>
        <w:rPr>
          <w:i/>
          <w:color w:val="64748B"/>
          <w:sz w:val="17"/>
        </w:rPr>
        <w:t xml:space="preserve">   dovolenka rezervovaná a zaevidovaná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Zamietnuté</w:t>
      </w:r>
      <w:r>
        <w:rPr>
          <w:i/>
          <w:color w:val="64748B"/>
          <w:sz w:val="17"/>
        </w:rPr>
        <w:t xml:space="preserve">   dôvod uvedený nižšie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Pozdržané</w:t>
      </w:r>
      <w:r>
        <w:rPr>
          <w:i/>
          <w:color w:val="64748B"/>
          <w:sz w:val="17"/>
        </w:rPr>
        <w:t xml:space="preserve">   potrebné ďalšie informácie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Poznámky schvaľovateľa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pri zamietnutí uveďte prevádzkový dôvod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Meno a podpis schvaľovateľa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Dátum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Poznámka k údajom</w:t>
      </w:r>
    </w:p>
    <w:p>
      <w:pPr>
        <w:spacing w:before="80"/>
      </w:pPr>
      <w:r>
        <w:rPr>
          <w:i/>
          <w:color w:val="64748B"/>
          <w:sz w:val="18"/>
        </w:rPr>
        <w:t>Osobné údaje na tomto formulári sa používajú na správu dovolenky v rámci vašej pracovnej zmluvy. Uchovávajú sa bezpečne s obmedzeným prístupom, v súlade so zásadami ochrany osobných údajov firmy a zákonom o ochrane údajov.</w:t>
      </w:r>
    </w:p>
    <w:p>
      <w:pPr>
        <w:spacing w:before="320"/>
        <w:jc w:val="center"/>
      </w:pPr>
      <w:r>
        <w:rPr>
          <w:b/>
          <w:color w:val="3B5BFF"/>
          <w:sz w:val="19"/>
        </w:rPr>
        <w:t>Šablóna zdarma od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Spustite 30-dňovú skúšobnú verziu zdarma</w:t>
        </w:r>
      </w:hyperlink>
      <w:r>
        <w:rPr>
          <w:color w:val="64748B"/>
          <w:sz w:val="17"/>
        </w:rPr>
        <w:t xml:space="preserve"> a automaticky sledujte dovolenku každého člena tímu. €1 na používateľa / mesiac  ·  bez karty.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S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