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/>
        <w:jc w:val="center"/>
      </w:pPr>
      <w:r>
        <w:rPr>
          <w:b/>
          <w:color w:val="0F172A"/>
          <w:sz w:val="40"/>
        </w:rPr>
        <w:t>OBRAZEC ZA ZAHTEVO LETNEGA DOPUSTA</w:t>
      </w:r>
    </w:p>
    <w:p>
      <w:pPr>
        <w:spacing w:after="200"/>
        <w:jc w:val="center"/>
      </w:pPr>
      <w:r>
        <w:rPr>
          <w:color w:val="64748B"/>
          <w:sz w:val="20"/>
        </w:rPr>
        <w:t>Za ekipe v Sloveniji  ·  Oddajte nadrejenemu vodji. Podajte toliko obvestila, kot zahteva politika podjetja.</w:t>
      </w: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Ime podjetja</w:t>
            </w:r>
          </w:p>
        </w:tc>
        <w:tc>
          <w:tcPr>
            <w:tcW w:type="dxa" w:w="6048"/>
            <w:shd w:val="clear" w:fill="F8FAFC"/>
          </w:tcPr>
          <w:p/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Leto dopusta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na primer jan do dec 2026 ali apr 2026 do mar 2027</w:t>
            </w:r>
          </w:p>
        </w:tc>
      </w:tr>
    </w:tbl>
    <w:p>
      <w:pPr>
        <w:spacing w:after="40"/>
      </w:pPr>
    </w:p>
    <w:p>
      <w:pPr>
        <w:spacing w:before="240" w:after="80"/>
        <w:pBdr>
          <w:bottom w:val="single" w:sz="6" w:space="2" w:color="C7D2FE"/>
        </w:pBdr>
      </w:pPr>
      <w:r>
        <w:rPr>
          <w:b/>
          <w:color w:val="3B5BFF"/>
          <w:sz w:val="24"/>
        </w:rPr>
        <w:t>STEP 1  ·  Vaši podatki</w:t>
      </w: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Ime in priimek</w:t>
            </w:r>
          </w:p>
        </w:tc>
        <w:tc>
          <w:tcPr>
            <w:tcW w:type="dxa" w:w="6048"/>
            <w:shd w:val="clear" w:fill="F8FAFC"/>
          </w:tcPr>
          <w:p/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Delovno mesto</w:t>
            </w:r>
          </w:p>
        </w:tc>
        <w:tc>
          <w:tcPr>
            <w:tcW w:type="dxa" w:w="6048"/>
            <w:shd w:val="clear" w:fill="F8FAFC"/>
          </w:tcPr>
          <w:p/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Oddelek</w:t>
            </w:r>
          </w:p>
        </w:tc>
        <w:tc>
          <w:tcPr>
            <w:tcW w:type="dxa" w:w="6048"/>
            <w:shd w:val="clear" w:fill="F8FAFC"/>
          </w:tcPr>
          <w:p/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Kadrovska številka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če je smiselno</w:t>
            </w:r>
          </w:p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Nadrejeni vodja</w:t>
            </w:r>
          </w:p>
        </w:tc>
        <w:tc>
          <w:tcPr>
            <w:tcW w:type="dxa" w:w="6048"/>
            <w:shd w:val="clear" w:fill="F8FAFC"/>
          </w:tcPr>
          <w:p/>
        </w:tc>
      </w:tr>
    </w:tbl>
    <w:p>
      <w:pPr>
        <w:spacing w:after="40"/>
      </w:pPr>
    </w:p>
    <w:p>
      <w:pPr>
        <w:spacing w:before="240" w:after="80"/>
        <w:pBdr>
          <w:bottom w:val="single" w:sz="6" w:space="2" w:color="C7D2FE"/>
        </w:pBdr>
      </w:pPr>
      <w:r>
        <w:rPr>
          <w:b/>
          <w:color w:val="3B5BFF"/>
          <w:sz w:val="24"/>
        </w:rPr>
        <w:t>STEP 2  ·  Datumi in obseg dopusta</w:t>
      </w: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Prvi dan dopusta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DD / MM / LLLL</w:t>
            </w:r>
          </w:p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Zadnji dan dopusta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DD / MM / LLLL</w:t>
            </w:r>
          </w:p>
        </w:tc>
      </w:tr>
    </w:tbl>
    <w:p>
      <w:pPr>
        <w:spacing w:after="40"/>
      </w:pP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Celi dnevi</w:t>
      </w:r>
      <w:r>
        <w:rPr>
          <w:i/>
          <w:color w:val="64748B"/>
          <w:sz w:val="17"/>
        </w:rPr>
        <w:t xml:space="preserve">   prvi in zadnji dan sta cela dneva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Pol dneva · začetek dopoldan</w:t>
      </w:r>
      <w:r>
        <w:rPr>
          <w:i/>
          <w:color w:val="64748B"/>
          <w:sz w:val="17"/>
        </w:rPr>
        <w:t xml:space="preserve">   vrnitev za popoldan zadnjega dne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Pol dneva · začetek popoldan</w:t>
      </w:r>
      <w:r>
        <w:rPr>
          <w:i/>
          <w:color w:val="64748B"/>
          <w:sz w:val="17"/>
        </w:rPr>
        <w:t xml:space="preserve">   prvi dan je samo popoldan</w:t>
      </w:r>
    </w:p>
    <w:p>
      <w:pPr>
        <w:spacing w:after="40"/>
      </w:pP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Skupno število zahtevanih delovnih dni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ne štejte vikendov ali praznikov, razen če jih običajno delate</w:t>
            </w:r>
          </w:p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Preostali dnevi po tej zahtevi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iz vaše trenutne kvote</w:t>
            </w:r>
          </w:p>
        </w:tc>
      </w:tr>
    </w:tbl>
    <w:p>
      <w:pPr>
        <w:spacing w:after="40"/>
      </w:pPr>
    </w:p>
    <w:p>
      <w:pPr>
        <w:spacing w:before="240" w:after="80"/>
        <w:pBdr>
          <w:bottom w:val="single" w:sz="6" w:space="2" w:color="C7D2FE"/>
        </w:pBdr>
      </w:pPr>
      <w:r>
        <w:rPr>
          <w:b/>
          <w:color w:val="3B5BFF"/>
          <w:sz w:val="24"/>
        </w:rPr>
        <w:t>STEP 3  ·  Vrsta dopusta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Letni dopust (tekoče leto)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Letni dopust (prenesen)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Neplačan dopust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Drugo</w:t>
      </w:r>
      <w:r>
        <w:rPr>
          <w:i/>
          <w:color w:val="64748B"/>
          <w:sz w:val="17"/>
        </w:rPr>
        <w:t xml:space="preserve">   prosimo, navedite, na primer nadomeščeni prosti čas (TOIL)</w:t>
      </w:r>
    </w:p>
    <w:p>
      <w:pPr>
        <w:spacing w:before="240" w:after="80"/>
        <w:pBdr>
          <w:bottom w:val="single" w:sz="6" w:space="2" w:color="C7D2FE"/>
        </w:pBdr>
      </w:pPr>
      <w:r>
        <w:rPr>
          <w:b/>
          <w:color w:val="3B5BFF"/>
          <w:sz w:val="24"/>
        </w:rPr>
        <w:t>STEP 4  ·  Nadomeščanje in predaja</w:t>
      </w: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Kdo bo prevzel vaše naloge?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ime in vloga</w:t>
            </w:r>
          </w:p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Opombe o predaji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roki, sestanki, tekoče delo ali kontakti, ki jih je treba pokriti med vašo odsotnostjo</w:t>
            </w:r>
          </w:p>
        </w:tc>
      </w:tr>
    </w:tbl>
    <w:p>
      <w:pPr>
        <w:spacing w:after="40"/>
      </w:pPr>
    </w:p>
    <w:p>
      <w:pPr>
        <w:spacing w:before="240" w:after="80"/>
        <w:pBdr>
          <w:bottom w:val="single" w:sz="6" w:space="2" w:color="C7D2FE"/>
        </w:pBdr>
      </w:pPr>
      <w:r>
        <w:rPr>
          <w:b/>
          <w:color w:val="3B5BFF"/>
          <w:sz w:val="24"/>
        </w:rPr>
        <w:t>STEP 5  ·  Vaša izjava</w:t>
      </w:r>
    </w:p>
    <w:p>
      <w:pPr>
        <w:spacing w:after="20"/>
        <w:ind w:left="288"/>
      </w:pPr>
      <w:r>
        <w:rPr>
          <w:color w:val="3B5BFF"/>
        </w:rPr>
        <w:t xml:space="preserve">•  </w:t>
      </w:r>
      <w:r>
        <w:rPr>
          <w:sz w:val="20"/>
        </w:rPr>
        <w:t>Podal sem obvestilo, ki ga zahteva politika podjetja.</w:t>
      </w:r>
    </w:p>
    <w:p>
      <w:pPr>
        <w:spacing w:after="20"/>
        <w:ind w:left="288"/>
      </w:pPr>
      <w:r>
        <w:rPr>
          <w:color w:val="3B5BFF"/>
        </w:rPr>
        <w:t xml:space="preserve">•  </w:t>
      </w:r>
      <w:r>
        <w:rPr>
          <w:sz w:val="20"/>
        </w:rPr>
        <w:t>Imam dovolj preostalega letnega dopusta za to zahtevo.</w:t>
      </w:r>
    </w:p>
    <w:p>
      <w:pPr>
        <w:spacing w:after="20"/>
        <w:ind w:left="288"/>
      </w:pPr>
      <w:r>
        <w:rPr>
          <w:color w:val="3B5BFF"/>
        </w:rPr>
        <w:t xml:space="preserve">•  </w:t>
      </w:r>
      <w:r>
        <w:rPr>
          <w:sz w:val="20"/>
        </w:rPr>
        <w:t>Uredil sem ustrezno nadomeščanje in predajo z zgoraj navedeno osebo.</w:t>
      </w:r>
    </w:p>
    <w:p>
      <w:pPr>
        <w:spacing w:after="20"/>
        <w:ind w:left="288"/>
      </w:pPr>
      <w:r>
        <w:rPr>
          <w:color w:val="3B5BFF"/>
        </w:rPr>
        <w:t xml:space="preserve">•  </w:t>
      </w:r>
      <w:r>
        <w:rPr>
          <w:sz w:val="20"/>
        </w:rPr>
        <w:t>Prebral sem in bom upošteval politiko podjetja o letnem dopustu.</w:t>
      </w:r>
    </w:p>
    <w:p>
      <w:pPr>
        <w:spacing w:after="40"/>
      </w:pP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Podpis zaposlenega</w:t>
            </w:r>
          </w:p>
        </w:tc>
        <w:tc>
          <w:tcPr>
            <w:tcW w:type="dxa" w:w="6048"/>
            <w:shd w:val="clear" w:fill="F8FAFC"/>
          </w:tcPr>
          <w:p/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Datum</w:t>
            </w:r>
          </w:p>
        </w:tc>
        <w:tc>
          <w:tcPr>
            <w:tcW w:type="dxa" w:w="6048"/>
            <w:shd w:val="clear" w:fill="F8FAFC"/>
          </w:tcPr>
          <w:p/>
        </w:tc>
      </w:tr>
    </w:tbl>
    <w:p>
      <w:pPr>
        <w:spacing w:after="40"/>
      </w:pPr>
    </w:p>
    <w:p>
      <w:pPr>
        <w:spacing w:before="240" w:after="80"/>
        <w:pBdr>
          <w:bottom w:val="single" w:sz="6" w:space="2" w:color="C7D2FE"/>
        </w:pBdr>
      </w:pPr>
      <w:r>
        <w:rPr>
          <w:b/>
          <w:color w:val="3B5BFF"/>
          <w:sz w:val="24"/>
        </w:rPr>
        <w:t>STEP 6  ·  Za odobritelja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Odobreno</w:t>
      </w:r>
      <w:r>
        <w:rPr>
          <w:i/>
          <w:color w:val="64748B"/>
          <w:sz w:val="17"/>
        </w:rPr>
        <w:t xml:space="preserve">   dopust rezerviran in evidentiran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Zavrnjeno</w:t>
      </w:r>
      <w:r>
        <w:rPr>
          <w:i/>
          <w:color w:val="64748B"/>
          <w:sz w:val="17"/>
        </w:rPr>
        <w:t xml:space="preserve">   razlog naveden spodaj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V obravnavi</w:t>
      </w:r>
      <w:r>
        <w:rPr>
          <w:i/>
          <w:color w:val="64748B"/>
          <w:sz w:val="17"/>
        </w:rPr>
        <w:t xml:space="preserve">   potrebnih je več informacij</w:t>
      </w:r>
    </w:p>
    <w:p>
      <w:pPr>
        <w:spacing w:after="40"/>
      </w:pP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Komentarji odobritelja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če zavračate, navedite poslovni razlog</w:t>
            </w:r>
          </w:p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Ime in podpis odobritelja</w:t>
            </w:r>
          </w:p>
        </w:tc>
        <w:tc>
          <w:tcPr>
            <w:tcW w:type="dxa" w:w="6048"/>
            <w:shd w:val="clear" w:fill="F8FAFC"/>
          </w:tcPr>
          <w:p/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Datum</w:t>
            </w:r>
          </w:p>
        </w:tc>
        <w:tc>
          <w:tcPr>
            <w:tcW w:type="dxa" w:w="6048"/>
            <w:shd w:val="clear" w:fill="F8FAFC"/>
          </w:tcPr>
          <w:p/>
        </w:tc>
      </w:tr>
    </w:tbl>
    <w:p>
      <w:pPr>
        <w:spacing w:after="40"/>
      </w:pPr>
    </w:p>
    <w:p>
      <w:pPr>
        <w:spacing w:before="240"/>
      </w:pPr>
      <w:r>
        <w:rPr>
          <w:b/>
          <w:color w:val="0F172A"/>
          <w:sz w:val="18"/>
        </w:rPr>
        <w:t>Opomba o podatkih</w:t>
      </w:r>
    </w:p>
    <w:p>
      <w:pPr>
        <w:spacing w:before="80"/>
      </w:pPr>
      <w:r>
        <w:rPr>
          <w:i/>
          <w:color w:val="64748B"/>
          <w:sz w:val="18"/>
        </w:rPr>
        <w:t>Osebni podatki na tem obrazcu se uporabljajo za administracijo letnega dopusta v skladu z vašo pogodbo o zaposlitvi. Shranjeni so varno, z omejenim dostopom, v skladu z obvestilom podjetja o zasebnosti in zakonodajo o varstvu podatkov.</w:t>
      </w:r>
    </w:p>
    <w:p>
      <w:pPr>
        <w:spacing w:before="320"/>
        <w:jc w:val="center"/>
      </w:pPr>
      <w:r>
        <w:rPr>
          <w:b/>
          <w:color w:val="3B5BFF"/>
          <w:sz w:val="19"/>
        </w:rPr>
        <w:t>Brezplačna predloga podjetja Book Time Off</w:t>
      </w:r>
    </w:p>
    <w:p>
      <w:pPr>
        <w:jc w:val="center"/>
      </w:pPr>
      <w:hyperlink r:id="rId9">
        <w:r>
          <w:rPr>
            <w:color w:val="3B5BFF"/>
            <w:u w:val="single"/>
            <w:b/>
            <w:sz w:val="17"/>
          </w:rPr>
          <w:t xml:space="preserve">Začnite 30-dnevni brezplačni preizkus</w:t>
        </w:r>
      </w:hyperlink>
      <w:r>
        <w:rPr>
          <w:color w:val="64748B"/>
          <w:sz w:val="17"/>
        </w:rPr>
        <w:t xml:space="preserve"> in samodejno spremljajte dopust vsakega člana ekipe. €1 na uporabnika / mesec  ·  brez kartice.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color w:val="334155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yperlink" Target="https://book-time-off.com/app?signup=1&amp;country=S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