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SEMESTERANSÖKAN</w:t>
      </w:r>
    </w:p>
    <w:p>
      <w:pPr>
        <w:spacing w:after="200"/>
        <w:jc w:val="center"/>
      </w:pPr>
      <w:r>
        <w:rPr>
          <w:color w:val="64748B"/>
          <w:sz w:val="20"/>
        </w:rPr>
        <w:t>För team i Sverige  ·  Lämna till din närmaste chef. Ge så lång varseltid som företagets policy kräver.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Företagsnamn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Semesterår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till exempel jan till dec 2026, eller apr 2026 till mars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Dina uppgifter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Fullständigt namn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Befattning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Avdelning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Anställningsnummer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om tillämpligt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Närmaste chef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Datum och antal ledighetsdagar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Första ledighetsdagen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ÅÅÅÅ-MM-DD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Sista ledighetsdagen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ÅÅÅÅ-MM-DD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Hela dagar</w:t>
      </w:r>
      <w:r>
        <w:rPr>
          <w:i/>
          <w:color w:val="64748B"/>
          <w:sz w:val="17"/>
        </w:rPr>
        <w:t xml:space="preserve">   både första och sista dagen är hela dagar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Halvdag · start på förmiddagen</w:t>
      </w:r>
      <w:r>
        <w:rPr>
          <w:i/>
          <w:color w:val="64748B"/>
          <w:sz w:val="17"/>
        </w:rPr>
        <w:t xml:space="preserve">   åter på eftermiddagen sista dagen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Halvdag · start på eftermiddagen</w:t>
      </w:r>
      <w:r>
        <w:rPr>
          <w:i/>
          <w:color w:val="64748B"/>
          <w:sz w:val="17"/>
        </w:rPr>
        <w:t xml:space="preserve">   första dagen är bara eftermiddag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Totalt antal begärda arbetsdagar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räkna inte helger eller helgdagar om du inte normalt arbetar då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Dagar kvar efter denna ansökan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från din nuvarande semesterrätt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Typ av ledighet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Semester (innevarande år)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Semester (sparad)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Tjänstledighet utan lön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Annat</w:t>
      </w:r>
      <w:r>
        <w:rPr>
          <w:i/>
          <w:color w:val="64748B"/>
          <w:sz w:val="17"/>
        </w:rPr>
        <w:t xml:space="preserve">   ange gärna, till exempel kompledigt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Ersättare och överlämning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Vem tar över dina uppgifter?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namn och roll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Överlämningsanteckningar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deadlines, möten, pågående arbete eller kontakter att sköta medan du är borta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Din försäkran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Jag har lämnat det varsel som företagets policy kräver.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Jag har tillräckligt med semesterdagar kvar för att täcka denna ansökan.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Jag har ordnat lämplig ersättare och överlämning med personen som anges ovan.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Jag har läst och kommer att följa företagets semesterpolicy.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Medarbetarens signatur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Datum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För den som godkänner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Godkänd</w:t>
      </w:r>
      <w:r>
        <w:rPr>
          <w:i/>
          <w:color w:val="64748B"/>
          <w:sz w:val="17"/>
        </w:rPr>
        <w:t xml:space="preserve">   ledighet bokad och registrerad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Avslagen</w:t>
      </w:r>
      <w:r>
        <w:rPr>
          <w:i/>
          <w:color w:val="64748B"/>
          <w:sz w:val="17"/>
        </w:rPr>
        <w:t xml:space="preserve">   skäl anges nedan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Väntar</w:t>
      </w:r>
      <w:r>
        <w:rPr>
          <w:i/>
          <w:color w:val="64748B"/>
          <w:sz w:val="17"/>
        </w:rPr>
        <w:t xml:space="preserve">   mer information behövs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Kommentarer från den som godkänner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vid avslag, ange verksamhetsskälet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Namn och signatur för den som godkänner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Datum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Datanotering</w:t>
      </w:r>
    </w:p>
    <w:p>
      <w:pPr>
        <w:spacing w:before="80"/>
      </w:pPr>
      <w:r>
        <w:rPr>
          <w:i/>
          <w:color w:val="64748B"/>
          <w:sz w:val="18"/>
        </w:rPr>
        <w:t>Personuppgifterna på den här blanketten används för att administrera semester enligt ditt anställningsavtal. De lagras säkert med begränsad åtkomst, i enlighet med företagets integritetspolicy och dataskyddslagstiftningen.</w:t>
      </w:r>
    </w:p>
    <w:p>
      <w:pPr>
        <w:spacing w:before="320"/>
        <w:jc w:val="center"/>
      </w:pPr>
      <w:r>
        <w:rPr>
          <w:b/>
          <w:color w:val="3B5BFF"/>
          <w:sz w:val="19"/>
        </w:rPr>
        <w:t>Gratis mall från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Starta en 30 dagars gratis provperiod</w:t>
        </w:r>
      </w:hyperlink>
      <w:r>
        <w:rPr>
          <w:color w:val="64748B"/>
          <w:sz w:val="17"/>
        </w:rPr>
        <w:t xml:space="preserve"> och spåra automatiskt varje teammedlems ledighet. €1 per användare / månad  ·  inget kort krävs.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