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OBRAZAC ZAHTEVA ZA GODIŠNJI ODMOR</w:t>
      </w:r>
    </w:p>
    <w:p>
      <w:pPr>
        <w:spacing w:after="200"/>
        <w:jc w:val="center"/>
      </w:pPr>
      <w:r>
        <w:rPr>
          <w:color w:val="64748B"/>
          <w:sz w:val="20"/>
        </w:rPr>
        <w:t>Za timove u Srbiji  ·  Predajte svom neposrednom rukovodiocu. Dajte onoliko obaveštenja koliko zahteva pravilnik kompanije.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Naziv kompanije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Godina odmora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na primer, jan do dec 2026, ili apr 2026 do mar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Vaši podaci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Ime i prezime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Radno mesto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Odeljenje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Broj zaposlenog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ako je primenljivo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Neposredni rukovodilac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Datumi i broj dana odmora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Prvi dan odmora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GGGG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Poslednji dan odmora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GGGG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Puni dani</w:t>
      </w:r>
      <w:r>
        <w:rPr>
          <w:i/>
          <w:color w:val="64748B"/>
          <w:sz w:val="17"/>
        </w:rPr>
        <w:t xml:space="preserve">   i prvi i poslednji dan su puni dani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Pola dana · početak pre podne</w:t>
      </w:r>
      <w:r>
        <w:rPr>
          <w:i/>
          <w:color w:val="64748B"/>
          <w:sz w:val="17"/>
        </w:rPr>
        <w:t xml:space="preserve">   povratak na posao popodne poslednjeg dana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Pola dana · početak posle podne</w:t>
      </w:r>
      <w:r>
        <w:rPr>
          <w:i/>
          <w:color w:val="64748B"/>
          <w:sz w:val="17"/>
        </w:rPr>
        <w:t xml:space="preserve">   prvi dan je samo popodne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Ukupan broj traženih radnih dana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ne računajte vikende ili državne praznike osim ako biste tada uobičajeno radili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Preostali dani nakon ovog zahteva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od vaše trenutne kvote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Vrsta odsustva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Godišnji odmor (tekuća godina)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Godišnji odmor (preneti)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Neplaćeno odsustvo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Drugo</w:t>
      </w:r>
      <w:r>
        <w:rPr>
          <w:i/>
          <w:color w:val="64748B"/>
          <w:sz w:val="17"/>
        </w:rPr>
        <w:t xml:space="preserve">   molimo navedite, na primer slobodno vreme umesto prekovremenog rada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Zamena i primopredaja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Ko će preuzeti vaše dužnosti?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ime i uloga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Beleške za primopredaju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rokovi, sastanci, tekući poslovi ili kontakti koje treba pokriti dok ste odsutni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Vaša izjava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Dao sam obaveštenje koje zahteva pravilnik kompanije.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Imam dovoljno preostalih dana godišnjeg odmora za ovaj zahtev.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Dogovorio sam odgovarajuću zamenu i primopredaju sa gore navedenom osobom.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Pročitao sam i pridržavaću se pravilnika kompanije o godišnjem odmoru.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Potpis zaposlenog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Datum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Za odobravaoca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Odobreno</w:t>
      </w:r>
      <w:r>
        <w:rPr>
          <w:i/>
          <w:color w:val="64748B"/>
          <w:sz w:val="17"/>
        </w:rPr>
        <w:t xml:space="preserve">   odmor zakazan i evidentiran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Odbijeno</w:t>
      </w:r>
      <w:r>
        <w:rPr>
          <w:i/>
          <w:color w:val="64748B"/>
          <w:sz w:val="17"/>
        </w:rPr>
        <w:t xml:space="preserve">   razlog naveden ispod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Na čekanju</w:t>
      </w:r>
      <w:r>
        <w:rPr>
          <w:i/>
          <w:color w:val="64748B"/>
          <w:sz w:val="17"/>
        </w:rPr>
        <w:t xml:space="preserve">   potrebno je više informacija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Komentari odobravaoca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ako odbijate, navedite poslovni razlog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Ime i potpis odobravaoca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Datum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Napomena o podacima</w:t>
      </w:r>
    </w:p>
    <w:p>
      <w:pPr>
        <w:spacing w:before="80"/>
      </w:pPr>
      <w:r>
        <w:rPr>
          <w:i/>
          <w:color w:val="64748B"/>
          <w:sz w:val="18"/>
        </w:rPr>
        <w:t>Lični podaci na ovom obrascu koriste se za administriranje godišnjeg odmora u skladu sa vašim ugovorom o radu. Čuvaju se bezbedno uz ograničen pristup, u skladu sa obaveštenjem o privatnosti kompanije i zakonom o zaštiti podataka.</w:t>
      </w:r>
    </w:p>
    <w:p>
      <w:pPr>
        <w:spacing w:before="320"/>
        <w:jc w:val="center"/>
      </w:pPr>
      <w:r>
        <w:rPr>
          <w:b/>
          <w:color w:val="3B5BFF"/>
          <w:sz w:val="19"/>
        </w:rPr>
        <w:t>Besplatan šablon od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Započnite 30-dnevni besplatan probni period</w:t>
        </w:r>
      </w:hyperlink>
      <w:r>
        <w:rPr>
          <w:color w:val="64748B"/>
          <w:sz w:val="17"/>
        </w:rPr>
        <w:t xml:space="preserve"> i automatski pratite odmor svakog člana tima. €1 po korisniku / mesečno  ·  bez kartice.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