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  <w:jc w:val="center"/>
      </w:pPr>
      <w:r>
        <w:rPr>
          <w:b/>
          <w:color w:val="0F172A"/>
          <w:sz w:val="40"/>
        </w:rPr>
        <w:t>SKJEMA FOR FERIEFORESPØRSEL</w:t>
      </w:r>
    </w:p>
    <w:p>
      <w:pPr>
        <w:spacing w:after="200"/>
        <w:jc w:val="center"/>
      </w:pPr>
      <w:r>
        <w:rPr>
          <w:color w:val="64748B"/>
          <w:sz w:val="20"/>
        </w:rPr>
        <w:t>For team i Norge  ·  Lever til nærmeste leder. Gi så mye varsel som selskapets retningslinjer krever.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Selskapsnavn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Ferieår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for eksempel jan til des 2026, eller apr 2026 til mar 2027</w:t>
            </w:r>
          </w:p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1  ·  Dine opplysninger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Fullt navn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Stilling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Avdeling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Ansattnummer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hvis aktuelt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Nærmeste leder</w:t>
            </w:r>
          </w:p>
        </w:tc>
        <w:tc>
          <w:tcPr>
            <w:tcW w:type="dxa" w:w="6048"/>
            <w:shd w:val="clear" w:fill="F8FAFC"/>
          </w:tcPr>
          <w:p/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2  ·  Datoer og antall feriedager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Første feriedag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DD / MM / ÅÅÅÅ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Siste feriedag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DD / MM / ÅÅÅÅ</w:t>
            </w:r>
          </w:p>
        </w:tc>
      </w:tr>
    </w:tbl>
    <w:p>
      <w:pPr>
        <w:spacing w:after="40"/>
      </w:pP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Hele dager</w:t>
      </w:r>
      <w:r>
        <w:rPr>
          <w:i/>
          <w:color w:val="64748B"/>
          <w:sz w:val="17"/>
        </w:rPr>
        <w:t xml:space="preserve">   både første og siste dag er hele dager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Halv dag · start på formiddagen</w:t>
      </w:r>
      <w:r>
        <w:rPr>
          <w:i/>
          <w:color w:val="64748B"/>
          <w:sz w:val="17"/>
        </w:rPr>
        <w:t xml:space="preserve">   tilbake på ettermiddagen på siste dag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Halv dag · start på ettermiddagen</w:t>
      </w:r>
      <w:r>
        <w:rPr>
          <w:i/>
          <w:color w:val="64748B"/>
          <w:sz w:val="17"/>
        </w:rPr>
        <w:t xml:space="preserve">   første dag er kun en ettermiddag</w:t>
      </w:r>
    </w:p>
    <w:p>
      <w:pPr>
        <w:spacing w:after="40"/>
      </w:pP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Totalt antall arbeidsdager forespurt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ikke tell med helger eller offentlige fridager med mindre du normalt jobber da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Dager til gode etter denne forespørselen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fra din nåværende kvote</w:t>
            </w:r>
          </w:p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3  ·  Type fravær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Ferie (inneværende år)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Ferie (overført)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Ulønnet permisjon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Annet</w:t>
      </w:r>
      <w:r>
        <w:rPr>
          <w:i/>
          <w:color w:val="64748B"/>
          <w:sz w:val="17"/>
        </w:rPr>
        <w:t xml:space="preserve">   vennligst spesifiser, for eksempel avspasering</w:t>
      </w: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4  ·  Dekning og overlevering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Hvem skal dekke oppgavene dine?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navn og rolle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Overleveringsnotater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frister, møter, pågående arbeid eller kontakter som må dekkes mens du er borte</w:t>
            </w:r>
          </w:p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5  ·  Din erklæring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Jeg har gitt det varselet som selskapets retningslinjer krever.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Jeg har nok ferie til gode til å dekke denne forespørselen.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Jeg har ordnet passende dekning og en overlevering med personen nevnt ovenfor.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Jeg har lest og vil følge selskapets retningslinjer for ferie.</w:t>
      </w:r>
    </w:p>
    <w:p>
      <w:pPr>
        <w:spacing w:after="40"/>
      </w:pP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Den ansattes signatur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Dato</w:t>
            </w:r>
          </w:p>
        </w:tc>
        <w:tc>
          <w:tcPr>
            <w:tcW w:type="dxa" w:w="6048"/>
            <w:shd w:val="clear" w:fill="F8FAFC"/>
          </w:tcPr>
          <w:p/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6  ·  Til godkjenneren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Godkjent</w:t>
      </w:r>
      <w:r>
        <w:rPr>
          <w:i/>
          <w:color w:val="64748B"/>
          <w:sz w:val="17"/>
        </w:rPr>
        <w:t xml:space="preserve">   ferie booket og registrert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Avslått</w:t>
      </w:r>
      <w:r>
        <w:rPr>
          <w:i/>
          <w:color w:val="64748B"/>
          <w:sz w:val="17"/>
        </w:rPr>
        <w:t xml:space="preserve">   begrunnelse gitt nedenfor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Venter</w:t>
      </w:r>
      <w:r>
        <w:rPr>
          <w:i/>
          <w:color w:val="64748B"/>
          <w:sz w:val="17"/>
        </w:rPr>
        <w:t xml:space="preserve">   mer informasjon nødvendig</w:t>
      </w:r>
    </w:p>
    <w:p>
      <w:pPr>
        <w:spacing w:after="40"/>
      </w:pP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Godkjennerens kommentarer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ved avslag, oppgi den forretningsmessige begrunnelsen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Godkjennerens navn og signatur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Dato</w:t>
            </w:r>
          </w:p>
        </w:tc>
        <w:tc>
          <w:tcPr>
            <w:tcW w:type="dxa" w:w="6048"/>
            <w:shd w:val="clear" w:fill="F8FAFC"/>
          </w:tcPr>
          <w:p/>
        </w:tc>
      </w:tr>
    </w:tbl>
    <w:p>
      <w:pPr>
        <w:spacing w:after="40"/>
      </w:pPr>
    </w:p>
    <w:p>
      <w:pPr>
        <w:spacing w:before="240"/>
      </w:pPr>
      <w:r>
        <w:rPr>
          <w:b/>
          <w:color w:val="0F172A"/>
          <w:sz w:val="18"/>
        </w:rPr>
        <w:t>Merknad om data</w:t>
      </w:r>
    </w:p>
    <w:p>
      <w:pPr>
        <w:spacing w:before="80"/>
      </w:pPr>
      <w:r>
        <w:rPr>
          <w:i/>
          <w:color w:val="64748B"/>
          <w:sz w:val="18"/>
        </w:rPr>
        <w:t>Personopplysninger på dette skjemaet brukes til å administrere ferie i henhold til din arbeidsavtale. De lagres sikkert med begrenset tilgang, i tråd med selskapets personvernerklæring og personvernlovgivningen.</w:t>
      </w:r>
    </w:p>
    <w:p>
      <w:pPr>
        <w:spacing w:before="320"/>
        <w:jc w:val="center"/>
      </w:pPr>
      <w:r>
        <w:rPr>
          <w:b/>
          <w:color w:val="3B5BFF"/>
          <w:sz w:val="19"/>
        </w:rPr>
        <w:t>Gratis mal fra Book Time Off</w:t>
      </w:r>
    </w:p>
    <w:p>
      <w:pPr>
        <w:jc w:val="center"/>
      </w:pPr>
      <w:hyperlink r:id="rId9">
        <w:r>
          <w:rPr>
            <w:color w:val="3B5BFF"/>
            <w:u w:val="single"/>
            <w:b/>
            <w:sz w:val="17"/>
          </w:rPr>
          <w:t xml:space="preserve">Start en 30-dagers gratis prøveperiode</w:t>
        </w:r>
      </w:hyperlink>
      <w:r>
        <w:rPr>
          <w:color w:val="64748B"/>
          <w:sz w:val="17"/>
        </w:rPr>
        <w:t xml:space="preserve"> og hold automatisk styr på hvert teammedlems ferie. €1 per bruker / måned  ·  ingen kort nødvendig.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color w:val="334155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yperlink" Target="https://book-time-off.com/app?signup=1&amp;country=N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