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IKGADĒJĀ ATVAĻINĀJUMA PIEPRASĪJUMA VEIDLAPA</w:t>
      </w:r>
    </w:p>
    <w:p>
      <w:pPr>
        <w:spacing w:after="200"/>
        <w:jc w:val="center"/>
      </w:pPr>
      <w:r>
        <w:rPr>
          <w:color w:val="64748B"/>
          <w:sz w:val="20"/>
        </w:rPr>
        <w:t>Komandām Latvijā  ·  Iesniedziet savam tiešajam vadītājam. Brīdiniet tik laicīgi, cik prasa uzņēmuma politika.</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Uzņēmuma nosaukums</w:t>
            </w:r>
          </w:p>
        </w:tc>
        <w:tc>
          <w:tcPr>
            <w:tcW w:type="dxa" w:w="6048"/>
            <w:shd w:val="clear" w:fill="F8FAFC"/>
          </w:tcPr>
          <w:p/>
        </w:tc>
      </w:tr>
      <w:tr>
        <w:tc>
          <w:tcPr>
            <w:tcW w:type="dxa" w:w="3024"/>
          </w:tcPr>
          <w:p>
            <w:r>
              <w:rPr>
                <w:b/>
                <w:color w:val="0F172A"/>
                <w:sz w:val="20"/>
              </w:rPr>
              <w:t>Atvaļinājuma gads</w:t>
            </w:r>
          </w:p>
        </w:tc>
        <w:tc>
          <w:tcPr>
            <w:tcW w:type="dxa" w:w="6048"/>
            <w:shd w:val="clear" w:fill="F8FAFC"/>
          </w:tcPr>
          <w:p>
            <w:r>
              <w:rPr>
                <w:i/>
                <w:color w:val="64748B"/>
                <w:sz w:val="17"/>
              </w:rPr>
              <w:t>piemēram, janv līdz dec 2026 vai apr 2026 līdz marts 2027</w:t>
            </w:r>
          </w:p>
        </w:tc>
      </w:tr>
    </w:tbl>
    <w:p>
      <w:pPr>
        <w:spacing w:after="40"/>
      </w:pPr>
    </w:p>
    <w:p>
      <w:pPr>
        <w:spacing w:before="240" w:after="80"/>
        <w:pBdr>
          <w:bottom w:val="single" w:sz="6" w:space="2" w:color="C7D2FE"/>
        </w:pBdr>
      </w:pPr>
      <w:r>
        <w:rPr>
          <w:b/>
          <w:color w:val="3B5BFF"/>
          <w:sz w:val="24"/>
        </w:rPr>
        <w:t>STEP 1  ·  Jūsu dati</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Vārds un uzvārds</w:t>
            </w:r>
          </w:p>
        </w:tc>
        <w:tc>
          <w:tcPr>
            <w:tcW w:type="dxa" w:w="6048"/>
            <w:shd w:val="clear" w:fill="F8FAFC"/>
          </w:tcPr>
          <w:p/>
        </w:tc>
      </w:tr>
      <w:tr>
        <w:tc>
          <w:tcPr>
            <w:tcW w:type="dxa" w:w="3024"/>
          </w:tcPr>
          <w:p>
            <w:r>
              <w:rPr>
                <w:b/>
                <w:color w:val="0F172A"/>
                <w:sz w:val="20"/>
              </w:rPr>
              <w:t>Amats</w:t>
            </w:r>
          </w:p>
        </w:tc>
        <w:tc>
          <w:tcPr>
            <w:tcW w:type="dxa" w:w="6048"/>
            <w:shd w:val="clear" w:fill="F8FAFC"/>
          </w:tcPr>
          <w:p/>
        </w:tc>
      </w:tr>
      <w:tr>
        <w:tc>
          <w:tcPr>
            <w:tcW w:type="dxa" w:w="3024"/>
          </w:tcPr>
          <w:p>
            <w:r>
              <w:rPr>
                <w:b/>
                <w:color w:val="0F172A"/>
                <w:sz w:val="20"/>
              </w:rPr>
              <w:t>Nodaļa</w:t>
            </w:r>
          </w:p>
        </w:tc>
        <w:tc>
          <w:tcPr>
            <w:tcW w:type="dxa" w:w="6048"/>
            <w:shd w:val="clear" w:fill="F8FAFC"/>
          </w:tcPr>
          <w:p/>
        </w:tc>
      </w:tr>
      <w:tr>
        <w:tc>
          <w:tcPr>
            <w:tcW w:type="dxa" w:w="3024"/>
          </w:tcPr>
          <w:p>
            <w:r>
              <w:rPr>
                <w:b/>
                <w:color w:val="0F172A"/>
                <w:sz w:val="20"/>
              </w:rPr>
              <w:t>Darbinieka ID</w:t>
            </w:r>
          </w:p>
        </w:tc>
        <w:tc>
          <w:tcPr>
            <w:tcW w:type="dxa" w:w="6048"/>
            <w:shd w:val="clear" w:fill="F8FAFC"/>
          </w:tcPr>
          <w:p>
            <w:r>
              <w:rPr>
                <w:i/>
                <w:color w:val="64748B"/>
                <w:sz w:val="17"/>
              </w:rPr>
              <w:t>ja piemērojams</w:t>
            </w:r>
          </w:p>
        </w:tc>
      </w:tr>
      <w:tr>
        <w:tc>
          <w:tcPr>
            <w:tcW w:type="dxa" w:w="3024"/>
          </w:tcPr>
          <w:p>
            <w:r>
              <w:rPr>
                <w:b/>
                <w:color w:val="0F172A"/>
                <w:sz w:val="20"/>
              </w:rPr>
              <w:t>Tiešais vadītājs</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Atvaļinājuma datumi un apjoms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Atvaļinājuma pirmā diena</w:t>
            </w:r>
          </w:p>
        </w:tc>
        <w:tc>
          <w:tcPr>
            <w:tcW w:type="dxa" w:w="6048"/>
            <w:shd w:val="clear" w:fill="F8FAFC"/>
          </w:tcPr>
          <w:p>
            <w:r>
              <w:rPr>
                <w:i/>
                <w:color w:val="64748B"/>
                <w:sz w:val="17"/>
              </w:rPr>
              <w:t>DD / MM / GGGG</w:t>
            </w:r>
          </w:p>
        </w:tc>
      </w:tr>
      <w:tr>
        <w:tc>
          <w:tcPr>
            <w:tcW w:type="dxa" w:w="3024"/>
          </w:tcPr>
          <w:p>
            <w:r>
              <w:rPr>
                <w:b/>
                <w:color w:val="0F172A"/>
                <w:sz w:val="20"/>
              </w:rPr>
              <w:t>Atvaļinājuma pēdējā diena</w:t>
            </w:r>
          </w:p>
        </w:tc>
        <w:tc>
          <w:tcPr>
            <w:tcW w:type="dxa" w:w="6048"/>
            <w:shd w:val="clear" w:fill="F8FAFC"/>
          </w:tcPr>
          <w:p>
            <w:r>
              <w:rPr>
                <w:i/>
                <w:color w:val="64748B"/>
                <w:sz w:val="17"/>
              </w:rPr>
              <w:t>DD / MM / GGGG</w:t>
            </w:r>
          </w:p>
        </w:tc>
      </w:tr>
    </w:tbl>
    <w:p>
      <w:pPr>
        <w:spacing w:after="40"/>
      </w:pPr>
    </w:p>
    <w:p>
      <w:pPr>
        <w:spacing w:after="40"/>
      </w:pPr>
      <w:r>
        <w:rPr>
          <w:sz w:val="24"/>
        </w:rPr>
        <w:t xml:space="preserve">☐  </w:t>
      </w:r>
      <w:r>
        <w:rPr>
          <w:color w:val="0F172A"/>
          <w:sz w:val="21"/>
        </w:rPr>
        <w:t>Pilnas dienas</w:t>
      </w:r>
      <w:r>
        <w:rPr>
          <w:i/>
          <w:color w:val="64748B"/>
          <w:sz w:val="17"/>
        </w:rPr>
        <w:t xml:space="preserve">   gan pirmā, gan pēdējā diena ir pilnas dienas</w:t>
      </w:r>
    </w:p>
    <w:p>
      <w:pPr>
        <w:spacing w:after="40"/>
      </w:pPr>
      <w:r>
        <w:rPr>
          <w:sz w:val="24"/>
        </w:rPr>
        <w:t xml:space="preserve">☐  </w:t>
      </w:r>
      <w:r>
        <w:rPr>
          <w:color w:val="0F172A"/>
          <w:sz w:val="21"/>
        </w:rPr>
        <w:t>Puse dienas · sākums no rīta</w:t>
      </w:r>
      <w:r>
        <w:rPr>
          <w:i/>
          <w:color w:val="64748B"/>
          <w:sz w:val="17"/>
        </w:rPr>
        <w:t xml:space="preserve">   atgriežaties uz pēcpusdienu pēdējā dienā</w:t>
      </w:r>
    </w:p>
    <w:p>
      <w:pPr>
        <w:spacing w:after="40"/>
      </w:pPr>
      <w:r>
        <w:rPr>
          <w:sz w:val="24"/>
        </w:rPr>
        <w:t xml:space="preserve">☐  </w:t>
      </w:r>
      <w:r>
        <w:rPr>
          <w:color w:val="0F172A"/>
          <w:sz w:val="21"/>
        </w:rPr>
        <w:t>Puse dienas · sākums pēcpusdienā</w:t>
      </w:r>
      <w:r>
        <w:rPr>
          <w:i/>
          <w:color w:val="64748B"/>
          <w:sz w:val="17"/>
        </w:rPr>
        <w:t xml:space="preserve">   pirmā diena ir tikai pēcpusdiena</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Kopējais pieprasīto darba dienu skaits</w:t>
            </w:r>
          </w:p>
        </w:tc>
        <w:tc>
          <w:tcPr>
            <w:tcW w:type="dxa" w:w="6048"/>
            <w:shd w:val="clear" w:fill="F8FAFC"/>
          </w:tcPr>
          <w:p>
            <w:r>
              <w:rPr>
                <w:i/>
                <w:color w:val="64748B"/>
                <w:sz w:val="17"/>
              </w:rPr>
              <w:t>neskaitiet nedēļas nogales vai svētku dienas, ja vien parasti tajās nestrādājat</w:t>
            </w:r>
          </w:p>
        </w:tc>
      </w:tr>
      <w:tr>
        <w:tc>
          <w:tcPr>
            <w:tcW w:type="dxa" w:w="3024"/>
          </w:tcPr>
          <w:p>
            <w:r>
              <w:rPr>
                <w:b/>
                <w:color w:val="0F172A"/>
                <w:sz w:val="20"/>
              </w:rPr>
              <w:t>Atlikušās dienas pēc šī pieprasījuma</w:t>
            </w:r>
          </w:p>
        </w:tc>
        <w:tc>
          <w:tcPr>
            <w:tcW w:type="dxa" w:w="6048"/>
            <w:shd w:val="clear" w:fill="F8FAFC"/>
          </w:tcPr>
          <w:p>
            <w:r>
              <w:rPr>
                <w:i/>
                <w:color w:val="64748B"/>
                <w:sz w:val="17"/>
              </w:rPr>
              <w:t>no jūsu pašreizējās kvotas</w:t>
            </w:r>
          </w:p>
        </w:tc>
      </w:tr>
    </w:tbl>
    <w:p>
      <w:pPr>
        <w:spacing w:after="40"/>
      </w:pPr>
    </w:p>
    <w:p>
      <w:pPr>
        <w:spacing w:before="240" w:after="80"/>
        <w:pBdr>
          <w:bottom w:val="single" w:sz="6" w:space="2" w:color="C7D2FE"/>
        </w:pBdr>
      </w:pPr>
      <w:r>
        <w:rPr>
          <w:b/>
          <w:color w:val="3B5BFF"/>
          <w:sz w:val="24"/>
        </w:rPr>
        <w:t>STEP 3  ·  Atvaļinājuma veids</w:t>
      </w:r>
    </w:p>
    <w:p>
      <w:pPr>
        <w:spacing w:after="40"/>
      </w:pPr>
      <w:r>
        <w:rPr>
          <w:sz w:val="24"/>
        </w:rPr>
        <w:t xml:space="preserve">☐  </w:t>
      </w:r>
      <w:r>
        <w:rPr>
          <w:color w:val="0F172A"/>
          <w:sz w:val="21"/>
        </w:rPr>
        <w:t>Ikgadējais atvaļinājums (kārtējais gads)</w:t>
      </w:r>
    </w:p>
    <w:p>
      <w:pPr>
        <w:spacing w:after="40"/>
      </w:pPr>
      <w:r>
        <w:rPr>
          <w:sz w:val="24"/>
        </w:rPr>
        <w:t xml:space="preserve">☐  </w:t>
      </w:r>
      <w:r>
        <w:rPr>
          <w:color w:val="0F172A"/>
          <w:sz w:val="21"/>
        </w:rPr>
        <w:t>Ikgadējais atvaļinājums (pārcelts)</w:t>
      </w:r>
    </w:p>
    <w:p>
      <w:pPr>
        <w:spacing w:after="40"/>
      </w:pPr>
      <w:r>
        <w:rPr>
          <w:sz w:val="24"/>
        </w:rPr>
        <w:t xml:space="preserve">☐  </w:t>
      </w:r>
      <w:r>
        <w:rPr>
          <w:color w:val="0F172A"/>
          <w:sz w:val="21"/>
        </w:rPr>
        <w:t>Neapmaksāts atvaļinājums</w:t>
      </w:r>
    </w:p>
    <w:p>
      <w:pPr>
        <w:spacing w:after="40"/>
      </w:pPr>
      <w:r>
        <w:rPr>
          <w:sz w:val="24"/>
        </w:rPr>
        <w:t xml:space="preserve">☐  </w:t>
      </w:r>
      <w:r>
        <w:rPr>
          <w:color w:val="0F172A"/>
          <w:sz w:val="21"/>
        </w:rPr>
        <w:t>Cits</w:t>
      </w:r>
      <w:r>
        <w:rPr>
          <w:i/>
          <w:color w:val="64748B"/>
          <w:sz w:val="17"/>
        </w:rPr>
        <w:t xml:space="preserve">   lūdzu, norādiet, piemēram, brīvais laiks par virsstundām (TOIL)</w:t>
      </w:r>
    </w:p>
    <w:p>
      <w:pPr>
        <w:spacing w:before="240" w:after="80"/>
        <w:pBdr>
          <w:bottom w:val="single" w:sz="6" w:space="2" w:color="C7D2FE"/>
        </w:pBdr>
      </w:pPr>
      <w:r>
        <w:rPr>
          <w:b/>
          <w:color w:val="3B5BFF"/>
          <w:sz w:val="24"/>
        </w:rPr>
        <w:t>STEP 4  ·  Aizvietošana un nodošana</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Kurš pārņems jūsu pienākumus?</w:t>
            </w:r>
          </w:p>
        </w:tc>
        <w:tc>
          <w:tcPr>
            <w:tcW w:type="dxa" w:w="6048"/>
            <w:shd w:val="clear" w:fill="F8FAFC"/>
          </w:tcPr>
          <w:p>
            <w:r>
              <w:rPr>
                <w:i/>
                <w:color w:val="64748B"/>
                <w:sz w:val="17"/>
              </w:rPr>
              <w:t>vārds un loma</w:t>
            </w:r>
          </w:p>
        </w:tc>
      </w:tr>
      <w:tr>
        <w:tc>
          <w:tcPr>
            <w:tcW w:type="dxa" w:w="3024"/>
          </w:tcPr>
          <w:p>
            <w:r>
              <w:rPr>
                <w:b/>
                <w:color w:val="0F172A"/>
                <w:sz w:val="20"/>
              </w:rPr>
              <w:t>Nodošanas piezīmes</w:t>
            </w:r>
          </w:p>
        </w:tc>
        <w:tc>
          <w:tcPr>
            <w:tcW w:type="dxa" w:w="6048"/>
            <w:shd w:val="clear" w:fill="F8FAFC"/>
          </w:tcPr>
          <w:p>
            <w:r>
              <w:rPr>
                <w:i/>
                <w:color w:val="64748B"/>
                <w:sz w:val="17"/>
              </w:rPr>
              <w:t>termiņi, sanāksmes, notiekošais darbs vai kontakti, kas jāsedz jūsu prombūtnes laikā</w:t>
            </w:r>
          </w:p>
        </w:tc>
      </w:tr>
    </w:tbl>
    <w:p>
      <w:pPr>
        <w:spacing w:after="40"/>
      </w:pPr>
    </w:p>
    <w:p>
      <w:pPr>
        <w:spacing w:before="240" w:after="80"/>
        <w:pBdr>
          <w:bottom w:val="single" w:sz="6" w:space="2" w:color="C7D2FE"/>
        </w:pBdr>
      </w:pPr>
      <w:r>
        <w:rPr>
          <w:b/>
          <w:color w:val="3B5BFF"/>
          <w:sz w:val="24"/>
        </w:rPr>
        <w:t>STEP 5  ·  Jūsu apliecinājums</w:t>
      </w:r>
    </w:p>
    <w:p>
      <w:pPr>
        <w:spacing w:after="20"/>
        <w:ind w:left="288"/>
      </w:pPr>
      <w:r>
        <w:rPr>
          <w:color w:val="3B5BFF"/>
        </w:rPr>
        <w:t xml:space="preserve">•  </w:t>
      </w:r>
      <w:r>
        <w:rPr>
          <w:sz w:val="20"/>
        </w:rPr>
        <w:t>Esmu sniedzis brīdinājumu, ko prasa uzņēmuma politika.</w:t>
      </w:r>
    </w:p>
    <w:p>
      <w:pPr>
        <w:spacing w:after="20"/>
        <w:ind w:left="288"/>
      </w:pPr>
      <w:r>
        <w:rPr>
          <w:color w:val="3B5BFF"/>
        </w:rPr>
        <w:t xml:space="preserve">•  </w:t>
      </w:r>
      <w:r>
        <w:rPr>
          <w:sz w:val="20"/>
        </w:rPr>
        <w:t>Man ir pietiekami daudz atlikušā ikgadējā atvaļinājuma, lai segtu šo pieprasījumu.</w:t>
      </w:r>
    </w:p>
    <w:p>
      <w:pPr>
        <w:spacing w:after="20"/>
        <w:ind w:left="288"/>
      </w:pPr>
      <w:r>
        <w:rPr>
          <w:color w:val="3B5BFF"/>
        </w:rPr>
        <w:t xml:space="preserve">•  </w:t>
      </w:r>
      <w:r>
        <w:rPr>
          <w:sz w:val="20"/>
        </w:rPr>
        <w:t>Esmu sakārtojis atbilstošu aizvietošanu un nodošanu ar iepriekš minēto personu.</w:t>
      </w:r>
    </w:p>
    <w:p>
      <w:pPr>
        <w:spacing w:after="20"/>
        <w:ind w:left="288"/>
      </w:pPr>
      <w:r>
        <w:rPr>
          <w:color w:val="3B5BFF"/>
        </w:rPr>
        <w:t xml:space="preserve">•  </w:t>
      </w:r>
      <w:r>
        <w:rPr>
          <w:sz w:val="20"/>
        </w:rPr>
        <w:t>Esmu izlasījis un ievērošu uzņēmuma ikgadējā atvaļinājuma politiku.</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Darbinieka paraksts</w:t>
            </w:r>
          </w:p>
        </w:tc>
        <w:tc>
          <w:tcPr>
            <w:tcW w:type="dxa" w:w="6048"/>
            <w:shd w:val="clear" w:fill="F8FAFC"/>
          </w:tcPr>
          <w:p/>
        </w:tc>
      </w:tr>
      <w:tr>
        <w:tc>
          <w:tcPr>
            <w:tcW w:type="dxa" w:w="3024"/>
          </w:tcPr>
          <w:p>
            <w:r>
              <w:rPr>
                <w:b/>
                <w:color w:val="0F172A"/>
                <w:sz w:val="20"/>
              </w:rPr>
              <w:t>Datums</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Apstiprinātājam</w:t>
      </w:r>
    </w:p>
    <w:p>
      <w:pPr>
        <w:spacing w:after="40"/>
      </w:pPr>
      <w:r>
        <w:rPr>
          <w:sz w:val="24"/>
        </w:rPr>
        <w:t xml:space="preserve">☐  </w:t>
      </w:r>
      <w:r>
        <w:rPr>
          <w:color w:val="0F172A"/>
          <w:sz w:val="21"/>
        </w:rPr>
        <w:t>Apstiprināts</w:t>
      </w:r>
      <w:r>
        <w:rPr>
          <w:i/>
          <w:color w:val="64748B"/>
          <w:sz w:val="17"/>
        </w:rPr>
        <w:t xml:space="preserve">   atvaļinājums rezervēts un ierakstīts</w:t>
      </w:r>
    </w:p>
    <w:p>
      <w:pPr>
        <w:spacing w:after="40"/>
      </w:pPr>
      <w:r>
        <w:rPr>
          <w:sz w:val="24"/>
        </w:rPr>
        <w:t xml:space="preserve">☐  </w:t>
      </w:r>
      <w:r>
        <w:rPr>
          <w:color w:val="0F172A"/>
          <w:sz w:val="21"/>
        </w:rPr>
        <w:t>Noraidīts</w:t>
      </w:r>
      <w:r>
        <w:rPr>
          <w:i/>
          <w:color w:val="64748B"/>
          <w:sz w:val="17"/>
        </w:rPr>
        <w:t xml:space="preserve">   iemesls norādīts zemāk</w:t>
      </w:r>
    </w:p>
    <w:p>
      <w:pPr>
        <w:spacing w:after="40"/>
      </w:pPr>
      <w:r>
        <w:rPr>
          <w:sz w:val="24"/>
        </w:rPr>
        <w:t xml:space="preserve">☐  </w:t>
      </w:r>
      <w:r>
        <w:rPr>
          <w:color w:val="0F172A"/>
          <w:sz w:val="21"/>
        </w:rPr>
        <w:t>Gaida</w:t>
      </w:r>
      <w:r>
        <w:rPr>
          <w:i/>
          <w:color w:val="64748B"/>
          <w:sz w:val="17"/>
        </w:rPr>
        <w:t xml:space="preserve">   nepieciešama papildu informācija</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Apstiprinātāja komentāri</w:t>
            </w:r>
          </w:p>
        </w:tc>
        <w:tc>
          <w:tcPr>
            <w:tcW w:type="dxa" w:w="6048"/>
            <w:shd w:val="clear" w:fill="F8FAFC"/>
          </w:tcPr>
          <w:p>
            <w:r>
              <w:rPr>
                <w:i/>
                <w:color w:val="64748B"/>
                <w:sz w:val="17"/>
              </w:rPr>
              <w:t>noraidot, norādiet uzņēmējdarbības iemeslu</w:t>
            </w:r>
          </w:p>
        </w:tc>
      </w:tr>
      <w:tr>
        <w:tc>
          <w:tcPr>
            <w:tcW w:type="dxa" w:w="3024"/>
          </w:tcPr>
          <w:p>
            <w:r>
              <w:rPr>
                <w:b/>
                <w:color w:val="0F172A"/>
                <w:sz w:val="20"/>
              </w:rPr>
              <w:t>Apstiprinātāja vārds un paraksts</w:t>
            </w:r>
          </w:p>
        </w:tc>
        <w:tc>
          <w:tcPr>
            <w:tcW w:type="dxa" w:w="6048"/>
            <w:shd w:val="clear" w:fill="F8FAFC"/>
          </w:tcPr>
          <w:p/>
        </w:tc>
      </w:tr>
      <w:tr>
        <w:tc>
          <w:tcPr>
            <w:tcW w:type="dxa" w:w="3024"/>
          </w:tcPr>
          <w:p>
            <w:r>
              <w:rPr>
                <w:b/>
                <w:color w:val="0F172A"/>
                <w:sz w:val="20"/>
              </w:rPr>
              <w:t>Datums</w:t>
            </w:r>
          </w:p>
        </w:tc>
        <w:tc>
          <w:tcPr>
            <w:tcW w:type="dxa" w:w="6048"/>
            <w:shd w:val="clear" w:fill="F8FAFC"/>
          </w:tcPr>
          <w:p/>
        </w:tc>
      </w:tr>
    </w:tbl>
    <w:p>
      <w:pPr>
        <w:spacing w:after="40"/>
      </w:pPr>
    </w:p>
    <w:p>
      <w:pPr>
        <w:spacing w:before="240"/>
      </w:pPr>
      <w:r>
        <w:rPr>
          <w:b/>
          <w:color w:val="0F172A"/>
          <w:sz w:val="18"/>
        </w:rPr>
        <w:t>Piezīme par datiem</w:t>
      </w:r>
    </w:p>
    <w:p>
      <w:pPr>
        <w:spacing w:before="80"/>
      </w:pPr>
      <w:r>
        <w:rPr>
          <w:i/>
          <w:color w:val="64748B"/>
          <w:sz w:val="18"/>
        </w:rPr>
        <w:t>Šajā veidlapā esošā personiskā informācija tiek izmantota ikgadējā atvaļinājuma administrēšanai saskaņā ar jūsu darba līgumu. Tā tiek glabāta droši ar ierobežotu piekļuvi, saskaņā ar uzņēmuma privātuma paziņojumu un datu aizsardzības likumu.</w:t>
      </w:r>
    </w:p>
    <w:p>
      <w:pPr>
        <w:spacing w:before="320"/>
        <w:jc w:val="center"/>
      </w:pPr>
      <w:r>
        <w:rPr>
          <w:b/>
          <w:color w:val="3B5BFF"/>
          <w:sz w:val="19"/>
        </w:rPr>
        <w:t>Bezmaksas veidne no Book Time Off</w:t>
      </w:r>
    </w:p>
    <w:p>
      <w:pPr>
        <w:jc w:val="center"/>
      </w:pPr>
      <w:hyperlink r:id="rId9">
        <w:r>
          <w:rPr>
            <w:color w:val="3B5BFF"/>
            <w:u w:val="single"/>
            <w:b/>
            <w:sz w:val="17"/>
          </w:rPr>
          <w:t xml:space="preserve">Sāciet 30 dienu bezmaksas izmēģinājumu</w:t>
        </w:r>
      </w:hyperlink>
      <w:r>
        <w:rPr>
          <w:color w:val="64748B"/>
          <w:sz w:val="17"/>
        </w:rPr>
        <w:t xml:space="preserve"> un automātiski izsekojiet katra komandas locekļa atvaļinājumu. €1 par lietotāju / mēnesī  ·  nav vajadzīga karte.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