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MODULO DI RICHIESTA FERIE</w:t>
      </w:r>
    </w:p>
    <w:p>
      <w:pPr>
        <w:spacing w:after="200"/>
        <w:jc w:val="center"/>
      </w:pPr>
      <w:r>
        <w:rPr>
          <w:color w:val="64748B"/>
          <w:sz w:val="20"/>
        </w:rPr>
        <w:t>Per i team in Italia  ·  Da inviare al tuo responsabile. Dai tanto preavviso quanto richiesto dal regolamento aziendale.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Nome dell'azienda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Anno di riferimento ferie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per esempio, da gen a dic 2026, oppure da apr 2026 a mar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I tuoi dati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Nome e cognome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Ruolo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Reparto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Matricola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se applicabile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Responsabile diretto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Date e quantità di ferie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Primo giorno di ferie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GG / MM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Ultimo giorno di ferie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GG / MM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Giornate intere</w:t>
      </w:r>
      <w:r>
        <w:rPr>
          <w:i/>
          <w:color w:val="64748B"/>
          <w:sz w:val="17"/>
        </w:rPr>
        <w:t xml:space="preserve">   sia il primo sia l'ultimo giorno sono giornate intere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Mezza giornata · inizio mattina</w:t>
      </w:r>
      <w:r>
        <w:rPr>
          <w:i/>
          <w:color w:val="64748B"/>
          <w:sz w:val="17"/>
        </w:rPr>
        <w:t xml:space="preserve">   rientro nel pomeriggio dell'ultimo giorno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Mezza giornata · inizio pomeriggio</w:t>
      </w:r>
      <w:r>
        <w:rPr>
          <w:i/>
          <w:color w:val="64748B"/>
          <w:sz w:val="17"/>
        </w:rPr>
        <w:t xml:space="preserve">   il primo giorno è solo un pomeriggio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Totale giorni lavorativi richiesti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non contare i fine settimana o le festività, a meno che tu non li lavori normalmente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Giorni rimasti dopo questa richiesta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dal tuo monte ferie attuale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Tipo di ferie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Ferie (anno in corso)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Ferie (riportate)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Permesso non retribuito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Altro</w:t>
      </w:r>
      <w:r>
        <w:rPr>
          <w:i/>
          <w:color w:val="64748B"/>
          <w:sz w:val="17"/>
        </w:rPr>
        <w:t xml:space="preserve">   specificare, per esempio recupero ore (banca ore)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Sostituzione e passaggio di consegne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Chi coprirà le tue mansioni?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nome e ruolo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Note per il passaggio di consegne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scadenze, riunioni, lavori in corso o contatti da coprire mentre sei assente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La tua dichiarazione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Ho dato il preavviso richiesto dal regolamento aziendale.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Ho abbastanza giorni di ferie rimasti per coprire questa richiesta.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Ho organizzato una sostituzione adeguata e un passaggio di consegne con la persona indicata sopra.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Ho letto e rispetterò il regolamento aziendale sulle ferie.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Firma del dipendente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Per chi approva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Approvato</w:t>
      </w:r>
      <w:r>
        <w:rPr>
          <w:i/>
          <w:color w:val="64748B"/>
          <w:sz w:val="17"/>
        </w:rPr>
        <w:t xml:space="preserve">   ferie prenotate e registrate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Rifiutato</w:t>
      </w:r>
      <w:r>
        <w:rPr>
          <w:i/>
          <w:color w:val="64748B"/>
          <w:sz w:val="17"/>
        </w:rPr>
        <w:t xml:space="preserve">   motivo indicato qui sotto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In sospeso</w:t>
      </w:r>
      <w:r>
        <w:rPr>
          <w:i/>
          <w:color w:val="64748B"/>
          <w:sz w:val="17"/>
        </w:rPr>
        <w:t xml:space="preserve">   servono più informazioni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Commenti di chi approva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in caso di rifiuto, indica il motivo aziendale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Nome e firma di chi approva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Data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Nota sui dati</w:t>
      </w:r>
    </w:p>
    <w:p>
      <w:pPr>
        <w:spacing w:before="80"/>
      </w:pPr>
      <w:r>
        <w:rPr>
          <w:i/>
          <w:color w:val="64748B"/>
          <w:sz w:val="18"/>
        </w:rPr>
        <w:t>I dati personali presenti su questo modulo sono utilizzati per gestire le ferie in base al tuo contratto di lavoro. Sono conservati in modo sicuro e con accesso limitato, in conformità all'informativa sulla privacy dell'azienda e alla normativa sulla protezione dei dati.</w:t>
      </w:r>
    </w:p>
    <w:p>
      <w:pPr>
        <w:spacing w:before="320"/>
        <w:jc w:val="center"/>
      </w:pPr>
      <w:r>
        <w:rPr>
          <w:b/>
          <w:color w:val="3B5BFF"/>
          <w:sz w:val="19"/>
        </w:rPr>
        <w:t>Modello gratuito di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Inizia una prova gratuita di 30 giorni</w:t>
        </w:r>
      </w:hyperlink>
      <w:r>
        <w:rPr>
          <w:color w:val="64748B"/>
          <w:sz w:val="17"/>
        </w:rPr>
        <w:t xml:space="preserve"> e tieni traccia automaticamente delle ferie di ogni membro del team. €1 per utente / mese  ·  nessuna carta richiesta.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