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ORLOFSBEIÐNI EYÐUBLAÐ</w:t>
      </w:r>
    </w:p>
    <w:p>
      <w:pPr>
        <w:spacing w:after="200"/>
        <w:jc w:val="center"/>
      </w:pPr>
      <w:r>
        <w:rPr>
          <w:color w:val="64748B"/>
          <w:sz w:val="20"/>
        </w:rPr>
        <w:t>Fyrir teymi á Íslandi  ·  Skilaðu til næsta yfirmanns. Gefðu eins mikinn fyrirvara og stefna fyrirtækisins krefst.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Nafn fyrirtækis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Orlofsár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til dæmis jan til des 2026, eða apr 2026 til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Þínar upplýsingar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Fullt nafn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Starfsheiti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Deild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Starfsmannanúmer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ef við á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Næsti yfirmaður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Dagsetningar og fjöldi orlofsdaga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Fyrsti orlofsdagur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ÁÁÁÁ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Síðasti orlofsdagur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ÁÁÁÁ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Heilir dagar</w:t>
      </w:r>
      <w:r>
        <w:rPr>
          <w:i/>
          <w:color w:val="64748B"/>
          <w:sz w:val="17"/>
        </w:rPr>
        <w:t xml:space="preserve">   bæði fyrsti og síðasti dagur eru heilir dagar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Hálfur dagur · byrjar fyrir hádegi</w:t>
      </w:r>
      <w:r>
        <w:rPr>
          <w:i/>
          <w:color w:val="64748B"/>
          <w:sz w:val="17"/>
        </w:rPr>
        <w:t xml:space="preserve">   kemur aftur eftir hádegi á síðasta degi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Hálfur dagur · byrjar eftir hádegi</w:t>
      </w:r>
      <w:r>
        <w:rPr>
          <w:i/>
          <w:color w:val="64748B"/>
          <w:sz w:val="17"/>
        </w:rPr>
        <w:t xml:space="preserve">   fyrsti dagur er aðeins eftir hádegi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Heildarfjöldi vinnudaga sem óskað er eftir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ekki telja með helgar eða lögbundna frídaga nema þú vinnir venjulega þá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Eftirstöðvar eftir þessa beiðni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af núverandi orlofsrétti þínum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Tegund leyfis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Orlof (yfirstandandi ár)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Orlof (yfirfært)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Launalaust leyfi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Annað</w:t>
      </w:r>
      <w:r>
        <w:rPr>
          <w:i/>
          <w:color w:val="64748B"/>
          <w:sz w:val="17"/>
        </w:rPr>
        <w:t xml:space="preserve">   vinsamlegast tilgreindu, til dæmis frí í stað yfirvinnu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Afleysing og yfirfærsla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Hver mun leysa af í störfum þínum?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nafn og hlutverk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Yfirfærsluminnispunktar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frestir, fundir, yfirstandandi verkefni eða tengiliðir sem þarf að sinna meðan þú ert í burtu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Yfirlýsing þín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Ég hef gefið þann fyrirvara sem stefna fyrirtækisins krefst.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Ég á nógu marga orlofsdaga eftir til að standa undir þessari beiðni.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Ég hef skipulagt viðeigandi afleysingu og yfirfærslu með þeim sem nefndur er hér að ofan.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Ég hef lesið og mun fylgja orlofsstefnu fyrirtækisins.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Undirskrift starfsmanns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Dagsetning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Fyrir samþykkjanda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Samþykkt</w:t>
      </w:r>
      <w:r>
        <w:rPr>
          <w:i/>
          <w:color w:val="64748B"/>
          <w:sz w:val="17"/>
        </w:rPr>
        <w:t xml:space="preserve">   orlof bókað og skráð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Hafnað</w:t>
      </w:r>
      <w:r>
        <w:rPr>
          <w:i/>
          <w:color w:val="64748B"/>
          <w:sz w:val="17"/>
        </w:rPr>
        <w:t xml:space="preserve">   ástæða gefin hér að neðan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Í bið</w:t>
      </w:r>
      <w:r>
        <w:rPr>
          <w:i/>
          <w:color w:val="64748B"/>
          <w:sz w:val="17"/>
        </w:rPr>
        <w:t xml:space="preserve">   meiri upplýsinga þörf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Athugasemdir samþykkjanda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ef hafnað er, gefðu upp viðskiptalega ástæðu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Nafn og undirskrift samþykkjanda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Dagsetning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Athugasemd um gögn</w:t>
      </w:r>
    </w:p>
    <w:p>
      <w:pPr>
        <w:spacing w:before="80"/>
      </w:pPr>
      <w:r>
        <w:rPr>
          <w:i/>
          <w:color w:val="64748B"/>
          <w:sz w:val="18"/>
        </w:rPr>
        <w:t>Persónuupplýsingar á þessu eyðublaði eru notaðar til að stjórna orlofi samkvæmt ráðningarsamningi þínum. Þær eru geymdar á öruggan hátt með takmörkuðum aðgangi, í samræmi við persónuverndarstefnu fyrirtækisins og persónuverndarlög.</w:t>
      </w:r>
    </w:p>
    <w:p>
      <w:pPr>
        <w:spacing w:before="320"/>
        <w:jc w:val="center"/>
      </w:pPr>
      <w:r>
        <w:rPr>
          <w:b/>
          <w:color w:val="3B5BFF"/>
          <w:sz w:val="19"/>
        </w:rPr>
        <w:t>Ókeypis sniðmát frá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Byrjaðu 30 daga ókeypis prufuáskrift</w:t>
        </w:r>
      </w:hyperlink>
      <w:r>
        <w:rPr>
          <w:color w:val="64748B"/>
          <w:sz w:val="17"/>
        </w:rPr>
        <w:t xml:space="preserve"> og haltu sjálfkrafa utan um orlof hvers teymismeðlims. €1 á notanda / mánuði  ·  ekkert kort nauðsynlegt.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