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jc w:val="center"/>
      </w:pPr>
      <w:r>
        <w:rPr>
          <w:b/>
          <w:color w:val="0F172A"/>
          <w:sz w:val="40"/>
        </w:rPr>
        <w:t>ΕΝΤΥΠΟ ΑΙΤΗΣΗΣ ΕΤΗΣΙΑΣ ΑΔΕΙΑΣ</w:t>
      </w:r>
    </w:p>
    <w:p>
      <w:pPr>
        <w:spacing w:after="200"/>
        <w:jc w:val="center"/>
      </w:pPr>
      <w:r>
        <w:rPr>
          <w:color w:val="64748B"/>
          <w:sz w:val="20"/>
        </w:rPr>
        <w:t>Για ομάδες στην Ελλάδα  ·  Υποβάλετε το στον προϊστάμενό σας. Δώστε τόση προειδοποίηση όση απαιτεί η πολιτική της εταιρείας σας.</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Επωνυμία εταιρείας</w:t>
            </w:r>
          </w:p>
        </w:tc>
        <w:tc>
          <w:tcPr>
            <w:tcW w:type="dxa" w:w="6048"/>
            <w:shd w:val="clear" w:fill="F8FAFC"/>
          </w:tcPr>
          <w:p/>
        </w:tc>
      </w:tr>
      <w:tr>
        <w:tc>
          <w:tcPr>
            <w:tcW w:type="dxa" w:w="3024"/>
          </w:tcPr>
          <w:p>
            <w:r>
              <w:rPr>
                <w:b/>
                <w:color w:val="0F172A"/>
                <w:sz w:val="20"/>
              </w:rPr>
              <w:t>Έτος αδειών</w:t>
            </w:r>
          </w:p>
        </w:tc>
        <w:tc>
          <w:tcPr>
            <w:tcW w:type="dxa" w:w="6048"/>
            <w:shd w:val="clear" w:fill="F8FAFC"/>
          </w:tcPr>
          <w:p>
            <w:r>
              <w:rPr>
                <w:i/>
                <w:color w:val="64748B"/>
                <w:sz w:val="17"/>
              </w:rPr>
              <w:t>για παράδειγμα, Ιαν έως Δεκ 2026, ή Απρ 2026 έως Μαρ 2027</w:t>
            </w:r>
          </w:p>
        </w:tc>
      </w:tr>
    </w:tbl>
    <w:p>
      <w:pPr>
        <w:spacing w:after="40"/>
      </w:pPr>
    </w:p>
    <w:p>
      <w:pPr>
        <w:spacing w:before="240" w:after="80"/>
        <w:pBdr>
          <w:bottom w:val="single" w:sz="6" w:space="2" w:color="C7D2FE"/>
        </w:pBdr>
      </w:pPr>
      <w:r>
        <w:rPr>
          <w:b/>
          <w:color w:val="3B5BFF"/>
          <w:sz w:val="24"/>
        </w:rPr>
        <w:t>STEP 1  ·  Τα στοιχεία σας</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Ονοματεπώνυμο</w:t>
            </w:r>
          </w:p>
        </w:tc>
        <w:tc>
          <w:tcPr>
            <w:tcW w:type="dxa" w:w="6048"/>
            <w:shd w:val="clear" w:fill="F8FAFC"/>
          </w:tcPr>
          <w:p/>
        </w:tc>
      </w:tr>
      <w:tr>
        <w:tc>
          <w:tcPr>
            <w:tcW w:type="dxa" w:w="3024"/>
          </w:tcPr>
          <w:p>
            <w:r>
              <w:rPr>
                <w:b/>
                <w:color w:val="0F172A"/>
                <w:sz w:val="20"/>
              </w:rPr>
              <w:t>Θέση εργασίας</w:t>
            </w:r>
          </w:p>
        </w:tc>
        <w:tc>
          <w:tcPr>
            <w:tcW w:type="dxa" w:w="6048"/>
            <w:shd w:val="clear" w:fill="F8FAFC"/>
          </w:tcPr>
          <w:p/>
        </w:tc>
      </w:tr>
      <w:tr>
        <w:tc>
          <w:tcPr>
            <w:tcW w:type="dxa" w:w="3024"/>
          </w:tcPr>
          <w:p>
            <w:r>
              <w:rPr>
                <w:b/>
                <w:color w:val="0F172A"/>
                <w:sz w:val="20"/>
              </w:rPr>
              <w:t>Τμήμα</w:t>
            </w:r>
          </w:p>
        </w:tc>
        <w:tc>
          <w:tcPr>
            <w:tcW w:type="dxa" w:w="6048"/>
            <w:shd w:val="clear" w:fill="F8FAFC"/>
          </w:tcPr>
          <w:p/>
        </w:tc>
      </w:tr>
      <w:tr>
        <w:tc>
          <w:tcPr>
            <w:tcW w:type="dxa" w:w="3024"/>
          </w:tcPr>
          <w:p>
            <w:r>
              <w:rPr>
                <w:b/>
                <w:color w:val="0F172A"/>
                <w:sz w:val="20"/>
              </w:rPr>
              <w:t>Αριθμός μητρώου</w:t>
            </w:r>
          </w:p>
        </w:tc>
        <w:tc>
          <w:tcPr>
            <w:tcW w:type="dxa" w:w="6048"/>
            <w:shd w:val="clear" w:fill="F8FAFC"/>
          </w:tcPr>
          <w:p>
            <w:r>
              <w:rPr>
                <w:i/>
                <w:color w:val="64748B"/>
                <w:sz w:val="17"/>
              </w:rPr>
              <w:t>εάν υπάρχει</w:t>
            </w:r>
          </w:p>
        </w:tc>
      </w:tr>
      <w:tr>
        <w:tc>
          <w:tcPr>
            <w:tcW w:type="dxa" w:w="3024"/>
          </w:tcPr>
          <w:p>
            <w:r>
              <w:rPr>
                <w:b/>
                <w:color w:val="0F172A"/>
                <w:sz w:val="20"/>
              </w:rPr>
              <w:t>Προϊστάμενος</w:t>
            </w:r>
          </w:p>
        </w:tc>
        <w:tc>
          <w:tcPr>
            <w:tcW w:type="dxa" w:w="6048"/>
            <w:shd w:val="clear" w:fill="F8FAFC"/>
          </w:tcPr>
          <w:p/>
        </w:tc>
      </w:tr>
    </w:tbl>
    <w:p>
      <w:pPr>
        <w:spacing w:after="40"/>
      </w:pPr>
    </w:p>
    <w:p>
      <w:pPr>
        <w:spacing w:before="240" w:after="80"/>
        <w:pBdr>
          <w:bottom w:val="single" w:sz="6" w:space="2" w:color="C7D2FE"/>
        </w:pBdr>
      </w:pPr>
      <w:r>
        <w:rPr>
          <w:b/>
          <w:color w:val="3B5BFF"/>
          <w:sz w:val="24"/>
        </w:rPr>
        <w:t>STEP 2  ·  Ημερομηνίες και διάρκεια άδειας</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Πρώτη ημέρα άδειας</w:t>
            </w:r>
          </w:p>
        </w:tc>
        <w:tc>
          <w:tcPr>
            <w:tcW w:type="dxa" w:w="6048"/>
            <w:shd w:val="clear" w:fill="F8FAFC"/>
          </w:tcPr>
          <w:p>
            <w:r>
              <w:rPr>
                <w:i/>
                <w:color w:val="64748B"/>
                <w:sz w:val="17"/>
              </w:rPr>
              <w:t>ΗΗ / ΜΜ / ΕΕΕΕ</w:t>
            </w:r>
          </w:p>
        </w:tc>
      </w:tr>
      <w:tr>
        <w:tc>
          <w:tcPr>
            <w:tcW w:type="dxa" w:w="3024"/>
          </w:tcPr>
          <w:p>
            <w:r>
              <w:rPr>
                <w:b/>
                <w:color w:val="0F172A"/>
                <w:sz w:val="20"/>
              </w:rPr>
              <w:t>Τελευταία ημέρα άδειας</w:t>
            </w:r>
          </w:p>
        </w:tc>
        <w:tc>
          <w:tcPr>
            <w:tcW w:type="dxa" w:w="6048"/>
            <w:shd w:val="clear" w:fill="F8FAFC"/>
          </w:tcPr>
          <w:p>
            <w:r>
              <w:rPr>
                <w:i/>
                <w:color w:val="64748B"/>
                <w:sz w:val="17"/>
              </w:rPr>
              <w:t>ΗΗ / ΜΜ / ΕΕΕΕ</w:t>
            </w:r>
          </w:p>
        </w:tc>
      </w:tr>
    </w:tbl>
    <w:p>
      <w:pPr>
        <w:spacing w:after="40"/>
      </w:pPr>
    </w:p>
    <w:p>
      <w:pPr>
        <w:spacing w:after="40"/>
      </w:pPr>
      <w:r>
        <w:rPr>
          <w:sz w:val="24"/>
        </w:rPr>
        <w:t xml:space="preserve">☐  </w:t>
      </w:r>
      <w:r>
        <w:rPr>
          <w:color w:val="0F172A"/>
          <w:sz w:val="21"/>
        </w:rPr>
        <w:t>Ολόκληρες ημέρες</w:t>
      </w:r>
      <w:r>
        <w:rPr>
          <w:i/>
          <w:color w:val="64748B"/>
          <w:sz w:val="17"/>
        </w:rPr>
        <w:t xml:space="preserve">   τόσο η πρώτη όσο και η τελευταία ημέρα είναι ολόκληρες ημέρες</w:t>
      </w:r>
    </w:p>
    <w:p>
      <w:pPr>
        <w:spacing w:after="40"/>
      </w:pPr>
      <w:r>
        <w:rPr>
          <w:sz w:val="24"/>
        </w:rPr>
        <w:t xml:space="preserve">☐  </w:t>
      </w:r>
      <w:r>
        <w:rPr>
          <w:color w:val="0F172A"/>
          <w:sz w:val="21"/>
        </w:rPr>
        <w:t>Μισή ημέρα · έναρξη το πρωί</w:t>
      </w:r>
      <w:r>
        <w:rPr>
          <w:i/>
          <w:color w:val="64748B"/>
          <w:sz w:val="17"/>
        </w:rPr>
        <w:t xml:space="preserve">   επιστροφή για το απόγευμα την τελευταία ημέρα</w:t>
      </w:r>
    </w:p>
    <w:p>
      <w:pPr>
        <w:spacing w:after="40"/>
      </w:pPr>
      <w:r>
        <w:rPr>
          <w:sz w:val="24"/>
        </w:rPr>
        <w:t xml:space="preserve">☐  </w:t>
      </w:r>
      <w:r>
        <w:rPr>
          <w:color w:val="0F172A"/>
          <w:sz w:val="21"/>
        </w:rPr>
        <w:t>Μισή ημέρα · έναρξη το απόγευμα</w:t>
      </w:r>
      <w:r>
        <w:rPr>
          <w:i/>
          <w:color w:val="64748B"/>
          <w:sz w:val="17"/>
        </w:rPr>
        <w:t xml:space="preserve">   η πρώτη ημέρα είναι μόνο απόγευμα</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Σύνολο εργάσιμων ημερών που ζητούνται</w:t>
            </w:r>
          </w:p>
        </w:tc>
        <w:tc>
          <w:tcPr>
            <w:tcW w:type="dxa" w:w="6048"/>
            <w:shd w:val="clear" w:fill="F8FAFC"/>
          </w:tcPr>
          <w:p>
            <w:r>
              <w:rPr>
                <w:i/>
                <w:color w:val="64748B"/>
                <w:sz w:val="17"/>
              </w:rPr>
              <w:t>μην μετράτε σαββατοκύριακα ή αργίες εκτός αν κανονικά θα εργαζόσασταν</w:t>
            </w:r>
          </w:p>
        </w:tc>
      </w:tr>
      <w:tr>
        <w:tc>
          <w:tcPr>
            <w:tcW w:type="dxa" w:w="3024"/>
          </w:tcPr>
          <w:p>
            <w:r>
              <w:rPr>
                <w:b/>
                <w:color w:val="0F172A"/>
                <w:sz w:val="20"/>
              </w:rPr>
              <w:t>Ημέρες που απομένουν μετά από αυτή την αίτηση</w:t>
            </w:r>
          </w:p>
        </w:tc>
        <w:tc>
          <w:tcPr>
            <w:tcW w:type="dxa" w:w="6048"/>
            <w:shd w:val="clear" w:fill="F8FAFC"/>
          </w:tcPr>
          <w:p>
            <w:r>
              <w:rPr>
                <w:i/>
                <w:color w:val="64748B"/>
                <w:sz w:val="17"/>
              </w:rPr>
              <w:t>από το τρέχον δικαίωμά σας</w:t>
            </w:r>
          </w:p>
        </w:tc>
      </w:tr>
    </w:tbl>
    <w:p>
      <w:pPr>
        <w:spacing w:after="40"/>
      </w:pPr>
    </w:p>
    <w:p>
      <w:pPr>
        <w:spacing w:before="240" w:after="80"/>
        <w:pBdr>
          <w:bottom w:val="single" w:sz="6" w:space="2" w:color="C7D2FE"/>
        </w:pBdr>
      </w:pPr>
      <w:r>
        <w:rPr>
          <w:b/>
          <w:color w:val="3B5BFF"/>
          <w:sz w:val="24"/>
        </w:rPr>
        <w:t>STEP 3  ·  Τύπος άδειας</w:t>
      </w:r>
    </w:p>
    <w:p>
      <w:pPr>
        <w:spacing w:after="40"/>
      </w:pPr>
      <w:r>
        <w:rPr>
          <w:sz w:val="24"/>
        </w:rPr>
        <w:t xml:space="preserve">☐  </w:t>
      </w:r>
      <w:r>
        <w:rPr>
          <w:color w:val="0F172A"/>
          <w:sz w:val="21"/>
        </w:rPr>
        <w:t>Ετήσια άδεια (τρέχον έτος)</w:t>
      </w:r>
    </w:p>
    <w:p>
      <w:pPr>
        <w:spacing w:after="40"/>
      </w:pPr>
      <w:r>
        <w:rPr>
          <w:sz w:val="24"/>
        </w:rPr>
        <w:t xml:space="preserve">☐  </w:t>
      </w:r>
      <w:r>
        <w:rPr>
          <w:color w:val="0F172A"/>
          <w:sz w:val="21"/>
        </w:rPr>
        <w:t>Ετήσια άδεια (μεταφερόμενη)</w:t>
      </w:r>
    </w:p>
    <w:p>
      <w:pPr>
        <w:spacing w:after="40"/>
      </w:pPr>
      <w:r>
        <w:rPr>
          <w:sz w:val="24"/>
        </w:rPr>
        <w:t xml:space="preserve">☐  </w:t>
      </w:r>
      <w:r>
        <w:rPr>
          <w:color w:val="0F172A"/>
          <w:sz w:val="21"/>
        </w:rPr>
        <w:t>Άδεια άνευ αποδοχών</w:t>
      </w:r>
    </w:p>
    <w:p>
      <w:pPr>
        <w:spacing w:after="40"/>
      </w:pPr>
      <w:r>
        <w:rPr>
          <w:sz w:val="24"/>
        </w:rPr>
        <w:t xml:space="preserve">☐  </w:t>
      </w:r>
      <w:r>
        <w:rPr>
          <w:color w:val="0F172A"/>
          <w:sz w:val="21"/>
        </w:rPr>
        <w:t>Άλλο</w:t>
      </w:r>
      <w:r>
        <w:rPr>
          <w:i/>
          <w:color w:val="64748B"/>
          <w:sz w:val="17"/>
        </w:rPr>
        <w:t xml:space="preserve">   προσδιορίστε, για παράδειγμα ρεπό αντί υπερωρίας (TOIL)</w:t>
      </w:r>
    </w:p>
    <w:p>
      <w:pPr>
        <w:spacing w:before="240" w:after="80"/>
        <w:pBdr>
          <w:bottom w:val="single" w:sz="6" w:space="2" w:color="C7D2FE"/>
        </w:pBdr>
      </w:pPr>
      <w:r>
        <w:rPr>
          <w:b/>
          <w:color w:val="3B5BFF"/>
          <w:sz w:val="24"/>
        </w:rPr>
        <w:t>STEP 4  ·  Αναπλήρωση και παράδοση</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Ποιος θα καλύψει τα καθήκοντά σας;</w:t>
            </w:r>
          </w:p>
        </w:tc>
        <w:tc>
          <w:tcPr>
            <w:tcW w:type="dxa" w:w="6048"/>
            <w:shd w:val="clear" w:fill="F8FAFC"/>
          </w:tcPr>
          <w:p>
            <w:r>
              <w:rPr>
                <w:i/>
                <w:color w:val="64748B"/>
                <w:sz w:val="17"/>
              </w:rPr>
              <w:t>όνομα και θέση</w:t>
            </w:r>
          </w:p>
        </w:tc>
      </w:tr>
      <w:tr>
        <w:tc>
          <w:tcPr>
            <w:tcW w:type="dxa" w:w="3024"/>
          </w:tcPr>
          <w:p>
            <w:r>
              <w:rPr>
                <w:b/>
                <w:color w:val="0F172A"/>
                <w:sz w:val="20"/>
              </w:rPr>
              <w:t>Σημειώσεις παράδοσης</w:t>
            </w:r>
          </w:p>
        </w:tc>
        <w:tc>
          <w:tcPr>
            <w:tcW w:type="dxa" w:w="6048"/>
            <w:shd w:val="clear" w:fill="F8FAFC"/>
          </w:tcPr>
          <w:p>
            <w:r>
              <w:rPr>
                <w:i/>
                <w:color w:val="64748B"/>
                <w:sz w:val="17"/>
              </w:rPr>
              <w:t>προθεσμίες, συναντήσεις, εκκρεμότητες ή επαφές που πρέπει να καλυφθούν όσο απουσιάζετε</w:t>
            </w:r>
          </w:p>
        </w:tc>
      </w:tr>
    </w:tbl>
    <w:p>
      <w:pPr>
        <w:spacing w:after="40"/>
      </w:pPr>
    </w:p>
    <w:p>
      <w:pPr>
        <w:spacing w:before="240" w:after="80"/>
        <w:pBdr>
          <w:bottom w:val="single" w:sz="6" w:space="2" w:color="C7D2FE"/>
        </w:pBdr>
      </w:pPr>
      <w:r>
        <w:rPr>
          <w:b/>
          <w:color w:val="3B5BFF"/>
          <w:sz w:val="24"/>
        </w:rPr>
        <w:t>STEP 5  ·  Η δήλωσή σας</w:t>
      </w:r>
    </w:p>
    <w:p>
      <w:pPr>
        <w:spacing w:after="20"/>
        <w:ind w:left="288"/>
      </w:pPr>
      <w:r>
        <w:rPr>
          <w:color w:val="3B5BFF"/>
        </w:rPr>
        <w:t xml:space="preserve">•  </w:t>
      </w:r>
      <w:r>
        <w:rPr>
          <w:sz w:val="20"/>
        </w:rPr>
        <w:t>Έχω δώσει την προειδοποίηση που απαιτεί η πολιτική της εταιρείας μου.</w:t>
      </w:r>
    </w:p>
    <w:p>
      <w:pPr>
        <w:spacing w:after="20"/>
        <w:ind w:left="288"/>
      </w:pPr>
      <w:r>
        <w:rPr>
          <w:color w:val="3B5BFF"/>
        </w:rPr>
        <w:t xml:space="preserve">•  </w:t>
      </w:r>
      <w:r>
        <w:rPr>
          <w:sz w:val="20"/>
        </w:rPr>
        <w:t>Έχω αρκετή ετήσια άδεια που απομένει για να καλύψω αυτή την αίτηση.</w:t>
      </w:r>
    </w:p>
    <w:p>
      <w:pPr>
        <w:spacing w:after="20"/>
        <w:ind w:left="288"/>
      </w:pPr>
      <w:r>
        <w:rPr>
          <w:color w:val="3B5BFF"/>
        </w:rPr>
        <w:t xml:space="preserve">•  </w:t>
      </w:r>
      <w:r>
        <w:rPr>
          <w:sz w:val="20"/>
        </w:rPr>
        <w:t>Έχω κανονίσει κατάλληλη αναπλήρωση και παράδοση με το άτομο που αναφέρεται παραπάνω.</w:t>
      </w:r>
    </w:p>
    <w:p>
      <w:pPr>
        <w:spacing w:after="20"/>
        <w:ind w:left="288"/>
      </w:pPr>
      <w:r>
        <w:rPr>
          <w:color w:val="3B5BFF"/>
        </w:rPr>
        <w:t xml:space="preserve">•  </w:t>
      </w:r>
      <w:r>
        <w:rPr>
          <w:sz w:val="20"/>
        </w:rPr>
        <w:t>Έχω διαβάσει και θα ακολουθήσω την πολιτική ετήσιας άδειας της εταιρείας.</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Υπογραφή εργαζομένου</w:t>
            </w:r>
          </w:p>
        </w:tc>
        <w:tc>
          <w:tcPr>
            <w:tcW w:type="dxa" w:w="6048"/>
            <w:shd w:val="clear" w:fill="F8FAFC"/>
          </w:tcPr>
          <w:p/>
        </w:tc>
      </w:tr>
      <w:tr>
        <w:tc>
          <w:tcPr>
            <w:tcW w:type="dxa" w:w="3024"/>
          </w:tcPr>
          <w:p>
            <w:r>
              <w:rPr>
                <w:b/>
                <w:color w:val="0F172A"/>
                <w:sz w:val="20"/>
              </w:rPr>
              <w:t>Ημερομηνία</w:t>
            </w:r>
          </w:p>
        </w:tc>
        <w:tc>
          <w:tcPr>
            <w:tcW w:type="dxa" w:w="6048"/>
            <w:shd w:val="clear" w:fill="F8FAFC"/>
          </w:tcPr>
          <w:p/>
        </w:tc>
      </w:tr>
    </w:tbl>
    <w:p>
      <w:pPr>
        <w:spacing w:after="40"/>
      </w:pPr>
    </w:p>
    <w:p>
      <w:pPr>
        <w:spacing w:before="240" w:after="80"/>
        <w:pBdr>
          <w:bottom w:val="single" w:sz="6" w:space="2" w:color="C7D2FE"/>
        </w:pBdr>
      </w:pPr>
      <w:r>
        <w:rPr>
          <w:b/>
          <w:color w:val="3B5BFF"/>
          <w:sz w:val="24"/>
        </w:rPr>
        <w:t>STEP 6  ·  Για τον εγκρίνοντα</w:t>
      </w:r>
    </w:p>
    <w:p>
      <w:pPr>
        <w:spacing w:after="40"/>
      </w:pPr>
      <w:r>
        <w:rPr>
          <w:sz w:val="24"/>
        </w:rPr>
        <w:t xml:space="preserve">☐  </w:t>
      </w:r>
      <w:r>
        <w:rPr>
          <w:color w:val="0F172A"/>
          <w:sz w:val="21"/>
        </w:rPr>
        <w:t>Εγκρίθηκε</w:t>
      </w:r>
      <w:r>
        <w:rPr>
          <w:i/>
          <w:color w:val="64748B"/>
          <w:sz w:val="17"/>
        </w:rPr>
        <w:t xml:space="preserve">   άδεια κρατήθηκε και καταγράφηκε</w:t>
      </w:r>
    </w:p>
    <w:p>
      <w:pPr>
        <w:spacing w:after="40"/>
      </w:pPr>
      <w:r>
        <w:rPr>
          <w:sz w:val="24"/>
        </w:rPr>
        <w:t xml:space="preserve">☐  </w:t>
      </w:r>
      <w:r>
        <w:rPr>
          <w:color w:val="0F172A"/>
          <w:sz w:val="21"/>
        </w:rPr>
        <w:t>Απορρίφθηκε</w:t>
      </w:r>
      <w:r>
        <w:rPr>
          <w:i/>
          <w:color w:val="64748B"/>
          <w:sz w:val="17"/>
        </w:rPr>
        <w:t xml:space="preserve">   αιτιολογία παρακάτω</w:t>
      </w:r>
    </w:p>
    <w:p>
      <w:pPr>
        <w:spacing w:after="40"/>
      </w:pPr>
      <w:r>
        <w:rPr>
          <w:sz w:val="24"/>
        </w:rPr>
        <w:t xml:space="preserve">☐  </w:t>
      </w:r>
      <w:r>
        <w:rPr>
          <w:color w:val="0F172A"/>
          <w:sz w:val="21"/>
        </w:rPr>
        <w:t>Σε εκκρεμότητα</w:t>
      </w:r>
      <w:r>
        <w:rPr>
          <w:i/>
          <w:color w:val="64748B"/>
          <w:sz w:val="17"/>
        </w:rPr>
        <w:t xml:space="preserve">   χρειάζονται περισσότερες πληροφορίες</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Σχόλια εγκρίνοντος</w:t>
            </w:r>
          </w:p>
        </w:tc>
        <w:tc>
          <w:tcPr>
            <w:tcW w:type="dxa" w:w="6048"/>
            <w:shd w:val="clear" w:fill="F8FAFC"/>
          </w:tcPr>
          <w:p>
            <w:r>
              <w:rPr>
                <w:i/>
                <w:color w:val="64748B"/>
                <w:sz w:val="17"/>
              </w:rPr>
              <w:t>σε περίπτωση απόρριψης, αναφέρετε τον επιχειρηματικό λόγο</w:t>
            </w:r>
          </w:p>
        </w:tc>
      </w:tr>
      <w:tr>
        <w:tc>
          <w:tcPr>
            <w:tcW w:type="dxa" w:w="3024"/>
          </w:tcPr>
          <w:p>
            <w:r>
              <w:rPr>
                <w:b/>
                <w:color w:val="0F172A"/>
                <w:sz w:val="20"/>
              </w:rPr>
              <w:t>Όνομα και υπογραφή εγκρίνοντος</w:t>
            </w:r>
          </w:p>
        </w:tc>
        <w:tc>
          <w:tcPr>
            <w:tcW w:type="dxa" w:w="6048"/>
            <w:shd w:val="clear" w:fill="F8FAFC"/>
          </w:tcPr>
          <w:p/>
        </w:tc>
      </w:tr>
      <w:tr>
        <w:tc>
          <w:tcPr>
            <w:tcW w:type="dxa" w:w="3024"/>
          </w:tcPr>
          <w:p>
            <w:r>
              <w:rPr>
                <w:b/>
                <w:color w:val="0F172A"/>
                <w:sz w:val="20"/>
              </w:rPr>
              <w:t>Ημερομηνία</w:t>
            </w:r>
          </w:p>
        </w:tc>
        <w:tc>
          <w:tcPr>
            <w:tcW w:type="dxa" w:w="6048"/>
            <w:shd w:val="clear" w:fill="F8FAFC"/>
          </w:tcPr>
          <w:p/>
        </w:tc>
      </w:tr>
    </w:tbl>
    <w:p>
      <w:pPr>
        <w:spacing w:after="40"/>
      </w:pPr>
    </w:p>
    <w:p>
      <w:pPr>
        <w:spacing w:before="240"/>
      </w:pPr>
      <w:r>
        <w:rPr>
          <w:b/>
          <w:color w:val="0F172A"/>
          <w:sz w:val="18"/>
        </w:rPr>
        <w:t>Σημείωση για τα δεδομένα</w:t>
      </w:r>
    </w:p>
    <w:p>
      <w:pPr>
        <w:spacing w:before="80"/>
      </w:pPr>
      <w:r>
        <w:rPr>
          <w:i/>
          <w:color w:val="64748B"/>
          <w:sz w:val="18"/>
        </w:rPr>
        <w:t>Τα προσωπικά δεδομένα σε αυτό το έντυπο χρησιμοποιούνται για τη διαχείριση της ετήσιας άδειας βάσει της σύμβασης εργασίας σας. Αποθηκεύονται με ασφάλεια με περιορισμένη πρόσβαση, σύμφωνα με τη δήλωση απορρήτου της εταιρείας και τη νομοθεσία περί προστασίας δεδομένων.</w:t>
      </w:r>
    </w:p>
    <w:p>
      <w:pPr>
        <w:spacing w:before="320"/>
        <w:jc w:val="center"/>
      </w:pPr>
      <w:r>
        <w:rPr>
          <w:b/>
          <w:color w:val="3B5BFF"/>
          <w:sz w:val="19"/>
        </w:rPr>
        <w:t>Δωρεάν πρότυπο από το Book Time Off</w:t>
      </w:r>
    </w:p>
    <w:p>
      <w:pPr>
        <w:jc w:val="center"/>
      </w:pPr>
      <w:hyperlink r:id="rId9">
        <w:r>
          <w:rPr>
            <w:color w:val="3B5BFF"/>
            <w:u w:val="single"/>
            <w:b/>
            <w:sz w:val="17"/>
          </w:rPr>
          <w:t xml:space="preserve">Ξεκινήστε μια δωρεάν δοκιμή 30 ημερών</w:t>
        </w:r>
      </w:hyperlink>
      <w:r>
        <w:rPr>
          <w:color w:val="64748B"/>
          <w:sz w:val="17"/>
        </w:rPr>
        <w:t xml:space="preserve"> και παρακολουθήστε αυτόματα τις άδειες κάθε μέλους της ομάδας. €1 ανά χρήστη / μήνα  ·  χωρίς κάρτα.</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334155"/>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book-time-off.com/app?signup=1&amp;country=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