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BLANKET TIL FERIEANMODNING</w:t>
      </w:r>
    </w:p>
    <w:p>
      <w:pPr>
        <w:spacing w:after="200"/>
        <w:jc w:val="center"/>
      </w:pPr>
      <w:r>
        <w:rPr>
          <w:color w:val="64748B"/>
          <w:sz w:val="20"/>
        </w:rPr>
        <w:t>Til teams i Danmark  ·  Indsend til din nærmeste leder. Giv så meget varsel som din virksomhedspolitik kræver.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Virksomhedens navn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Ferieår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for eksempel jan til dec 2026, eller apr 2026 til mar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Dine oplysninger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Fulde navn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Stilling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Afdeling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Medarbejder-ID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hvis relevant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Nærmeste leder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Datoer og antal feriedage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Første feriedag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ÅÅÅÅ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Sidste feriedag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ÅÅÅÅ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Hele dage</w:t>
      </w:r>
      <w:r>
        <w:rPr>
          <w:i/>
          <w:color w:val="64748B"/>
          <w:sz w:val="17"/>
        </w:rPr>
        <w:t xml:space="preserve">   både første og sidste dag er hele dage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Halv dag · formiddag</w:t>
      </w:r>
      <w:r>
        <w:rPr>
          <w:i/>
          <w:color w:val="64748B"/>
          <w:sz w:val="17"/>
        </w:rPr>
        <w:t xml:space="preserve">   tilbage om eftermiddagen på den sidste dag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Halv dag · eftermiddag</w:t>
      </w:r>
      <w:r>
        <w:rPr>
          <w:i/>
          <w:color w:val="64748B"/>
          <w:sz w:val="17"/>
        </w:rPr>
        <w:t xml:space="preserve">   den første dag er kun en eftermiddag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Samlet antal arbejdsdage anmodet om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medregn ikke weekender eller helligdage, medmindre du normalt arbejder på dem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Resterende dage efter denne anmodning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fra din nuværende feriemængde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Type af frihed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Ferie (indeværende år)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Ferie (overført)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Ulønnet frihed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Andet</w:t>
      </w:r>
      <w:r>
        <w:rPr>
          <w:i/>
          <w:color w:val="64748B"/>
          <w:sz w:val="17"/>
        </w:rPr>
        <w:t xml:space="preserve">   angiv venligst, for eksempel afspadsering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Afløsning og overdragelse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Hvem dækker dine opgaver?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navn og rolle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Overdragelsesnoter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deadlines, møder, igangværende arbejde eller kontakter der skal dækkes mens du er væk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Din erklæring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Jeg har givet det varsel, som min virksomhedspolitik kræver.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Jeg har nok resterende ferie til at dække denne anmodning.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Jeg har aftalt passende afløsning og en overdragelse med den ovennævnte person.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Jeg har læst og vil følge virksomhedens feriepolitik.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Medarbejderens underskrift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Dato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Til godkenderen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Godkendt</w:t>
      </w:r>
      <w:r>
        <w:rPr>
          <w:i/>
          <w:color w:val="64748B"/>
          <w:sz w:val="17"/>
        </w:rPr>
        <w:t xml:space="preserve">   ferie booket og registreret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Afvist</w:t>
      </w:r>
      <w:r>
        <w:rPr>
          <w:i/>
          <w:color w:val="64748B"/>
          <w:sz w:val="17"/>
        </w:rPr>
        <w:t xml:space="preserve">   begrundelse angivet nedenfor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Afventer</w:t>
      </w:r>
      <w:r>
        <w:rPr>
          <w:i/>
          <w:color w:val="64748B"/>
          <w:sz w:val="17"/>
        </w:rPr>
        <w:t xml:space="preserve">   flere oplysninger nødvendige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Godkenderens kommentarer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hvis du afviser, angiv den forretningsmæssige begrundelse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Godkenderens navn og underskrift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Dato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Databemærkning</w:t>
      </w:r>
    </w:p>
    <w:p>
      <w:pPr>
        <w:spacing w:before="80"/>
      </w:pPr>
      <w:r>
        <w:rPr>
          <w:i/>
          <w:color w:val="64748B"/>
          <w:sz w:val="18"/>
        </w:rPr>
        <w:t>Personoplysninger på denne blanket bruges til at administrere ferie i henhold til din ansættelseskontrakt. De opbevares sikkert med begrænset adgang, i overensstemmelse med virksomhedens privatlivspolitik og databeskyttelseslovgivningen.</w:t>
      </w:r>
    </w:p>
    <w:p>
      <w:pPr>
        <w:spacing w:before="320"/>
        <w:jc w:val="center"/>
      </w:pPr>
      <w:r>
        <w:rPr>
          <w:b/>
          <w:color w:val="3B5BFF"/>
          <w:sz w:val="19"/>
        </w:rPr>
        <w:t>Gratis skabelon fra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Start en 30-dages gratis prøveperiode</w:t>
        </w:r>
      </w:hyperlink>
      <w:r>
        <w:rPr>
          <w:color w:val="64748B"/>
          <w:sz w:val="17"/>
        </w:rPr>
        <w:t xml:space="preserve"> og hold automatisk styr på hvert teammedlems ferie. €1 per bruger / måned  ·  intet kort påkrævet.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D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