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b/>
          <w:color w:val="0F172A"/>
          <w:sz w:val="40"/>
        </w:rPr>
        <w:t>URLAUBSANTRAG FORMULAR</w:t>
      </w:r>
    </w:p>
    <w:p>
      <w:pPr>
        <w:spacing w:after="200"/>
        <w:jc w:val="center"/>
      </w:pPr>
      <w:r>
        <w:rPr>
          <w:color w:val="64748B"/>
          <w:sz w:val="20"/>
        </w:rPr>
        <w:t>Für Teams in Deutschland  ·  Beim Vorgesetzten einreichen. Geben Sie so viel Vorlauf, wie es Ihre Unternehmensrichtlinie verlangt.</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Firmenname</w:t>
            </w:r>
          </w:p>
        </w:tc>
        <w:tc>
          <w:tcPr>
            <w:tcW w:type="dxa" w:w="6048"/>
            <w:shd w:val="clear" w:fill="F8FAFC"/>
          </w:tcPr>
          <w:p/>
        </w:tc>
      </w:tr>
      <w:tr>
        <w:tc>
          <w:tcPr>
            <w:tcW w:type="dxa" w:w="3024"/>
          </w:tcPr>
          <w:p>
            <w:r>
              <w:rPr>
                <w:b/>
                <w:color w:val="0F172A"/>
                <w:sz w:val="20"/>
              </w:rPr>
              <w:t>Urlaubsjahr</w:t>
            </w:r>
          </w:p>
        </w:tc>
        <w:tc>
          <w:tcPr>
            <w:tcW w:type="dxa" w:w="6048"/>
            <w:shd w:val="clear" w:fill="F8FAFC"/>
          </w:tcPr>
          <w:p>
            <w:r>
              <w:rPr>
                <w:i/>
                <w:color w:val="64748B"/>
                <w:sz w:val="17"/>
              </w:rPr>
              <w:t>zum Beispiel Jan bis Dez 2026 oder Apr 2026 bis Mär 2027</w:t>
            </w:r>
          </w:p>
        </w:tc>
      </w:tr>
    </w:tbl>
    <w:p>
      <w:pPr>
        <w:spacing w:after="40"/>
      </w:pPr>
    </w:p>
    <w:p>
      <w:pPr>
        <w:spacing w:before="240" w:after="80"/>
        <w:pBdr>
          <w:bottom w:val="single" w:sz="6" w:space="2" w:color="C7D2FE"/>
        </w:pBdr>
      </w:pPr>
      <w:r>
        <w:rPr>
          <w:b/>
          <w:color w:val="3B5BFF"/>
          <w:sz w:val="24"/>
        </w:rPr>
        <w:t>STEP 1  ·  Ihre Angaben</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Vollständiger Name</w:t>
            </w:r>
          </w:p>
        </w:tc>
        <w:tc>
          <w:tcPr>
            <w:tcW w:type="dxa" w:w="6048"/>
            <w:shd w:val="clear" w:fill="F8FAFC"/>
          </w:tcPr>
          <w:p/>
        </w:tc>
      </w:tr>
      <w:tr>
        <w:tc>
          <w:tcPr>
            <w:tcW w:type="dxa" w:w="3024"/>
          </w:tcPr>
          <w:p>
            <w:r>
              <w:rPr>
                <w:b/>
                <w:color w:val="0F172A"/>
                <w:sz w:val="20"/>
              </w:rPr>
              <w:t>Position</w:t>
            </w:r>
          </w:p>
        </w:tc>
        <w:tc>
          <w:tcPr>
            <w:tcW w:type="dxa" w:w="6048"/>
            <w:shd w:val="clear" w:fill="F8FAFC"/>
          </w:tcPr>
          <w:p/>
        </w:tc>
      </w:tr>
      <w:tr>
        <w:tc>
          <w:tcPr>
            <w:tcW w:type="dxa" w:w="3024"/>
          </w:tcPr>
          <w:p>
            <w:r>
              <w:rPr>
                <w:b/>
                <w:color w:val="0F172A"/>
                <w:sz w:val="20"/>
              </w:rPr>
              <w:t>Abteilung</w:t>
            </w:r>
          </w:p>
        </w:tc>
        <w:tc>
          <w:tcPr>
            <w:tcW w:type="dxa" w:w="6048"/>
            <w:shd w:val="clear" w:fill="F8FAFC"/>
          </w:tcPr>
          <w:p/>
        </w:tc>
      </w:tr>
      <w:tr>
        <w:tc>
          <w:tcPr>
            <w:tcW w:type="dxa" w:w="3024"/>
          </w:tcPr>
          <w:p>
            <w:r>
              <w:rPr>
                <w:b/>
                <w:color w:val="0F172A"/>
                <w:sz w:val="20"/>
              </w:rPr>
              <w:t>Personalnummer</w:t>
            </w:r>
          </w:p>
        </w:tc>
        <w:tc>
          <w:tcPr>
            <w:tcW w:type="dxa" w:w="6048"/>
            <w:shd w:val="clear" w:fill="F8FAFC"/>
          </w:tcPr>
          <w:p>
            <w:r>
              <w:rPr>
                <w:i/>
                <w:color w:val="64748B"/>
                <w:sz w:val="17"/>
              </w:rPr>
              <w:t>falls zutreffend</w:t>
            </w:r>
          </w:p>
        </w:tc>
      </w:tr>
      <w:tr>
        <w:tc>
          <w:tcPr>
            <w:tcW w:type="dxa" w:w="3024"/>
          </w:tcPr>
          <w:p>
            <w:r>
              <w:rPr>
                <w:b/>
                <w:color w:val="0F172A"/>
                <w:sz w:val="20"/>
              </w:rPr>
              <w:t>Vorgesetzter</w:t>
            </w:r>
          </w:p>
        </w:tc>
        <w:tc>
          <w:tcPr>
            <w:tcW w:type="dxa" w:w="6048"/>
            <w:shd w:val="clear" w:fill="F8FAFC"/>
          </w:tcPr>
          <w:p/>
        </w:tc>
      </w:tr>
    </w:tbl>
    <w:p>
      <w:pPr>
        <w:spacing w:after="40"/>
      </w:pPr>
    </w:p>
    <w:p>
      <w:pPr>
        <w:spacing w:before="240" w:after="80"/>
        <w:pBdr>
          <w:bottom w:val="single" w:sz="6" w:space="2" w:color="C7D2FE"/>
        </w:pBdr>
      </w:pPr>
      <w:r>
        <w:rPr>
          <w:b/>
          <w:color w:val="3B5BFF"/>
          <w:sz w:val="24"/>
        </w:rPr>
        <w:t>STEP 2  ·  Zeitraum und Umfang des Urlaubs</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Erster Urlaubstag</w:t>
            </w:r>
          </w:p>
        </w:tc>
        <w:tc>
          <w:tcPr>
            <w:tcW w:type="dxa" w:w="6048"/>
            <w:shd w:val="clear" w:fill="F8FAFC"/>
          </w:tcPr>
          <w:p>
            <w:r>
              <w:rPr>
                <w:i/>
                <w:color w:val="64748B"/>
                <w:sz w:val="17"/>
              </w:rPr>
              <w:t>TT / MM / JJJJ</w:t>
            </w:r>
          </w:p>
        </w:tc>
      </w:tr>
      <w:tr>
        <w:tc>
          <w:tcPr>
            <w:tcW w:type="dxa" w:w="3024"/>
          </w:tcPr>
          <w:p>
            <w:r>
              <w:rPr>
                <w:b/>
                <w:color w:val="0F172A"/>
                <w:sz w:val="20"/>
              </w:rPr>
              <w:t>Letzter Urlaubstag</w:t>
            </w:r>
          </w:p>
        </w:tc>
        <w:tc>
          <w:tcPr>
            <w:tcW w:type="dxa" w:w="6048"/>
            <w:shd w:val="clear" w:fill="F8FAFC"/>
          </w:tcPr>
          <w:p>
            <w:r>
              <w:rPr>
                <w:i/>
                <w:color w:val="64748B"/>
                <w:sz w:val="17"/>
              </w:rPr>
              <w:t>TT / MM / JJJJ</w:t>
            </w:r>
          </w:p>
        </w:tc>
      </w:tr>
    </w:tbl>
    <w:p>
      <w:pPr>
        <w:spacing w:after="40"/>
      </w:pPr>
    </w:p>
    <w:p>
      <w:pPr>
        <w:spacing w:after="40"/>
      </w:pPr>
      <w:r>
        <w:rPr>
          <w:sz w:val="24"/>
        </w:rPr>
        <w:t xml:space="preserve">☐  </w:t>
      </w:r>
      <w:r>
        <w:rPr>
          <w:color w:val="0F172A"/>
          <w:sz w:val="21"/>
        </w:rPr>
        <w:t>Ganze Tage</w:t>
      </w:r>
      <w:r>
        <w:rPr>
          <w:i/>
          <w:color w:val="64748B"/>
          <w:sz w:val="17"/>
        </w:rPr>
        <w:t xml:space="preserve">   sowohl der erste als auch der letzte Tag sind ganze Tage</w:t>
      </w:r>
    </w:p>
    <w:p>
      <w:pPr>
        <w:spacing w:after="40"/>
      </w:pPr>
      <w:r>
        <w:rPr>
          <w:sz w:val="24"/>
        </w:rPr>
        <w:t xml:space="preserve">☐  </w:t>
      </w:r>
      <w:r>
        <w:rPr>
          <w:color w:val="0F172A"/>
          <w:sz w:val="21"/>
        </w:rPr>
        <w:t>Halber Tag · Beginn vormittags</w:t>
      </w:r>
      <w:r>
        <w:rPr>
          <w:i/>
          <w:color w:val="64748B"/>
          <w:sz w:val="17"/>
        </w:rPr>
        <w:t xml:space="preserve">   Rückkehr am Nachmittag des letzten Tages</w:t>
      </w:r>
    </w:p>
    <w:p>
      <w:pPr>
        <w:spacing w:after="40"/>
      </w:pPr>
      <w:r>
        <w:rPr>
          <w:sz w:val="24"/>
        </w:rPr>
        <w:t xml:space="preserve">☐  </w:t>
      </w:r>
      <w:r>
        <w:rPr>
          <w:color w:val="0F172A"/>
          <w:sz w:val="21"/>
        </w:rPr>
        <w:t>Halber Tag · Beginn nachmittags</w:t>
      </w:r>
      <w:r>
        <w:rPr>
          <w:i/>
          <w:color w:val="64748B"/>
          <w:sz w:val="17"/>
        </w:rPr>
        <w:t xml:space="preserve">   der erste Tag ist nur ein Nachmittag</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Beantragte Arbeitstage insgesamt</w:t>
            </w:r>
          </w:p>
        </w:tc>
        <w:tc>
          <w:tcPr>
            <w:tcW w:type="dxa" w:w="6048"/>
            <w:shd w:val="clear" w:fill="F8FAFC"/>
          </w:tcPr>
          <w:p>
            <w:r>
              <w:rPr>
                <w:i/>
                <w:color w:val="64748B"/>
                <w:sz w:val="17"/>
              </w:rPr>
              <w:t>Wochenenden und Feiertage nicht mitzählen, außer Sie würden normalerweise arbeiten</w:t>
            </w:r>
          </w:p>
        </w:tc>
      </w:tr>
      <w:tr>
        <w:tc>
          <w:tcPr>
            <w:tcW w:type="dxa" w:w="3024"/>
          </w:tcPr>
          <w:p>
            <w:r>
              <w:rPr>
                <w:b/>
                <w:color w:val="0F172A"/>
                <w:sz w:val="20"/>
              </w:rPr>
              <w:t>Resttage nach diesem Antrag</w:t>
            </w:r>
          </w:p>
        </w:tc>
        <w:tc>
          <w:tcPr>
            <w:tcW w:type="dxa" w:w="6048"/>
            <w:shd w:val="clear" w:fill="F8FAFC"/>
          </w:tcPr>
          <w:p>
            <w:r>
              <w:rPr>
                <w:i/>
                <w:color w:val="64748B"/>
                <w:sz w:val="17"/>
              </w:rPr>
              <w:t>aus Ihrem aktuellen Anspruch</w:t>
            </w:r>
          </w:p>
        </w:tc>
      </w:tr>
    </w:tbl>
    <w:p>
      <w:pPr>
        <w:spacing w:after="40"/>
      </w:pPr>
    </w:p>
    <w:p>
      <w:pPr>
        <w:spacing w:before="240" w:after="80"/>
        <w:pBdr>
          <w:bottom w:val="single" w:sz="6" w:space="2" w:color="C7D2FE"/>
        </w:pBdr>
      </w:pPr>
      <w:r>
        <w:rPr>
          <w:b/>
          <w:color w:val="3B5BFF"/>
          <w:sz w:val="24"/>
        </w:rPr>
        <w:t>STEP 3  ·  Art des Urlaubs</w:t>
      </w:r>
    </w:p>
    <w:p>
      <w:pPr>
        <w:spacing w:after="40"/>
      </w:pPr>
      <w:r>
        <w:rPr>
          <w:sz w:val="24"/>
        </w:rPr>
        <w:t xml:space="preserve">☐  </w:t>
      </w:r>
      <w:r>
        <w:rPr>
          <w:color w:val="0F172A"/>
          <w:sz w:val="21"/>
        </w:rPr>
        <w:t>Erholungsurlaub (laufendes Jahr)</w:t>
      </w:r>
    </w:p>
    <w:p>
      <w:pPr>
        <w:spacing w:after="40"/>
      </w:pPr>
      <w:r>
        <w:rPr>
          <w:sz w:val="24"/>
        </w:rPr>
        <w:t xml:space="preserve">☐  </w:t>
      </w:r>
      <w:r>
        <w:rPr>
          <w:color w:val="0F172A"/>
          <w:sz w:val="21"/>
        </w:rPr>
        <w:t>Erholungsurlaub (übertragen)</w:t>
      </w:r>
    </w:p>
    <w:p>
      <w:pPr>
        <w:spacing w:after="40"/>
      </w:pPr>
      <w:r>
        <w:rPr>
          <w:sz w:val="24"/>
        </w:rPr>
        <w:t xml:space="preserve">☐  </w:t>
      </w:r>
      <w:r>
        <w:rPr>
          <w:color w:val="0F172A"/>
          <w:sz w:val="21"/>
        </w:rPr>
        <w:t>Unbezahlter Urlaub</w:t>
      </w:r>
    </w:p>
    <w:p>
      <w:pPr>
        <w:spacing w:after="40"/>
      </w:pPr>
      <w:r>
        <w:rPr>
          <w:sz w:val="24"/>
        </w:rPr>
        <w:t xml:space="preserve">☐  </w:t>
      </w:r>
      <w:r>
        <w:rPr>
          <w:color w:val="0F172A"/>
          <w:sz w:val="21"/>
        </w:rPr>
        <w:t>Sonstiges</w:t>
      </w:r>
      <w:r>
        <w:rPr>
          <w:i/>
          <w:color w:val="64748B"/>
          <w:sz w:val="17"/>
        </w:rPr>
        <w:t xml:space="preserve">   bitte angeben, zum Beispiel Freizeitausgleich</w:t>
      </w:r>
    </w:p>
    <w:p>
      <w:pPr>
        <w:spacing w:before="240" w:after="80"/>
        <w:pBdr>
          <w:bottom w:val="single" w:sz="6" w:space="2" w:color="C7D2FE"/>
        </w:pBdr>
      </w:pPr>
      <w:r>
        <w:rPr>
          <w:b/>
          <w:color w:val="3B5BFF"/>
          <w:sz w:val="24"/>
        </w:rPr>
        <w:t>STEP 4  ·  Vertretung und Übergabe</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Wer übernimmt Ihre Aufgaben?</w:t>
            </w:r>
          </w:p>
        </w:tc>
        <w:tc>
          <w:tcPr>
            <w:tcW w:type="dxa" w:w="6048"/>
            <w:shd w:val="clear" w:fill="F8FAFC"/>
          </w:tcPr>
          <w:p>
            <w:r>
              <w:rPr>
                <w:i/>
                <w:color w:val="64748B"/>
                <w:sz w:val="17"/>
              </w:rPr>
              <w:t>Name und Position</w:t>
            </w:r>
          </w:p>
        </w:tc>
      </w:tr>
      <w:tr>
        <w:tc>
          <w:tcPr>
            <w:tcW w:type="dxa" w:w="3024"/>
          </w:tcPr>
          <w:p>
            <w:r>
              <w:rPr>
                <w:b/>
                <w:color w:val="0F172A"/>
                <w:sz w:val="20"/>
              </w:rPr>
              <w:t>Übergabenotizen</w:t>
            </w:r>
          </w:p>
        </w:tc>
        <w:tc>
          <w:tcPr>
            <w:tcW w:type="dxa" w:w="6048"/>
            <w:shd w:val="clear" w:fill="F8FAFC"/>
          </w:tcPr>
          <w:p>
            <w:r>
              <w:rPr>
                <w:i/>
                <w:color w:val="64748B"/>
                <w:sz w:val="17"/>
              </w:rPr>
              <w:t>Fristen, Termine, laufende Arbeiten oder Kontakte für die Zeit Ihrer Abwesenheit</w:t>
            </w:r>
          </w:p>
        </w:tc>
      </w:tr>
    </w:tbl>
    <w:p>
      <w:pPr>
        <w:spacing w:after="40"/>
      </w:pPr>
    </w:p>
    <w:p>
      <w:pPr>
        <w:spacing w:before="240" w:after="80"/>
        <w:pBdr>
          <w:bottom w:val="single" w:sz="6" w:space="2" w:color="C7D2FE"/>
        </w:pBdr>
      </w:pPr>
      <w:r>
        <w:rPr>
          <w:b/>
          <w:color w:val="3B5BFF"/>
          <w:sz w:val="24"/>
        </w:rPr>
        <w:t>STEP 5  ·  Ihre Erklärung</w:t>
      </w:r>
    </w:p>
    <w:p>
      <w:pPr>
        <w:spacing w:after="20"/>
        <w:ind w:left="288"/>
      </w:pPr>
      <w:r>
        <w:rPr>
          <w:color w:val="3B5BFF"/>
        </w:rPr>
        <w:t xml:space="preserve">•  </w:t>
      </w:r>
      <w:r>
        <w:rPr>
          <w:sz w:val="20"/>
        </w:rPr>
        <w:t>Ich habe die von meiner Unternehmensrichtlinie geforderte Frist eingehalten.</w:t>
      </w:r>
    </w:p>
    <w:p>
      <w:pPr>
        <w:spacing w:after="20"/>
        <w:ind w:left="288"/>
      </w:pPr>
      <w:r>
        <w:rPr>
          <w:color w:val="3B5BFF"/>
        </w:rPr>
        <w:t xml:space="preserve">•  </w:t>
      </w:r>
      <w:r>
        <w:rPr>
          <w:sz w:val="20"/>
        </w:rPr>
        <w:t>Ich habe genügend Resturlaub, um diesen Antrag zu decken.</w:t>
      </w:r>
    </w:p>
    <w:p>
      <w:pPr>
        <w:spacing w:after="20"/>
        <w:ind w:left="288"/>
      </w:pPr>
      <w:r>
        <w:rPr>
          <w:color w:val="3B5BFF"/>
        </w:rPr>
        <w:t xml:space="preserve">•  </w:t>
      </w:r>
      <w:r>
        <w:rPr>
          <w:sz w:val="20"/>
        </w:rPr>
        <w:t>Ich habe eine angemessene Vertretung und eine Übergabe mit der oben genannten Person geregelt.</w:t>
      </w:r>
    </w:p>
    <w:p>
      <w:pPr>
        <w:spacing w:after="20"/>
        <w:ind w:left="288"/>
      </w:pPr>
      <w:r>
        <w:rPr>
          <w:color w:val="3B5BFF"/>
        </w:rPr>
        <w:t xml:space="preserve">•  </w:t>
      </w:r>
      <w:r>
        <w:rPr>
          <w:sz w:val="20"/>
        </w:rPr>
        <w:t>Ich habe die Urlaubsrichtlinie des Unternehmens gelesen und werde sie befolgen.</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Unterschrift der Mitarbeiterin oder des Mitarbeiters</w:t>
            </w:r>
          </w:p>
        </w:tc>
        <w:tc>
          <w:tcPr>
            <w:tcW w:type="dxa" w:w="6048"/>
            <w:shd w:val="clear" w:fill="F8FAFC"/>
          </w:tcPr>
          <w:p/>
        </w:tc>
      </w:tr>
      <w:tr>
        <w:tc>
          <w:tcPr>
            <w:tcW w:type="dxa" w:w="3024"/>
          </w:tcPr>
          <w:p>
            <w:r>
              <w:rPr>
                <w:b/>
                <w:color w:val="0F172A"/>
                <w:sz w:val="20"/>
              </w:rPr>
              <w:t>Datum</w:t>
            </w:r>
          </w:p>
        </w:tc>
        <w:tc>
          <w:tcPr>
            <w:tcW w:type="dxa" w:w="6048"/>
            <w:shd w:val="clear" w:fill="F8FAFC"/>
          </w:tcPr>
          <w:p/>
        </w:tc>
      </w:tr>
    </w:tbl>
    <w:p>
      <w:pPr>
        <w:spacing w:after="40"/>
      </w:pPr>
    </w:p>
    <w:p>
      <w:pPr>
        <w:spacing w:before="240" w:after="80"/>
        <w:pBdr>
          <w:bottom w:val="single" w:sz="6" w:space="2" w:color="C7D2FE"/>
        </w:pBdr>
      </w:pPr>
      <w:r>
        <w:rPr>
          <w:b/>
          <w:color w:val="3B5BFF"/>
          <w:sz w:val="24"/>
        </w:rPr>
        <w:t>STEP 6  ·  Für die genehmigende Person</w:t>
      </w:r>
    </w:p>
    <w:p>
      <w:pPr>
        <w:spacing w:after="40"/>
      </w:pPr>
      <w:r>
        <w:rPr>
          <w:sz w:val="24"/>
        </w:rPr>
        <w:t xml:space="preserve">☐  </w:t>
      </w:r>
      <w:r>
        <w:rPr>
          <w:color w:val="0F172A"/>
          <w:sz w:val="21"/>
        </w:rPr>
        <w:t>Genehmigt</w:t>
      </w:r>
      <w:r>
        <w:rPr>
          <w:i/>
          <w:color w:val="64748B"/>
          <w:sz w:val="17"/>
        </w:rPr>
        <w:t xml:space="preserve">   Urlaub gebucht und erfasst</w:t>
      </w:r>
    </w:p>
    <w:p>
      <w:pPr>
        <w:spacing w:after="40"/>
      </w:pPr>
      <w:r>
        <w:rPr>
          <w:sz w:val="24"/>
        </w:rPr>
        <w:t xml:space="preserve">☐  </w:t>
      </w:r>
      <w:r>
        <w:rPr>
          <w:color w:val="0F172A"/>
          <w:sz w:val="21"/>
        </w:rPr>
        <w:t>Abgelehnt</w:t>
      </w:r>
      <w:r>
        <w:rPr>
          <w:i/>
          <w:color w:val="64748B"/>
          <w:sz w:val="17"/>
        </w:rPr>
        <w:t xml:space="preserve">   Begründung siehe unten</w:t>
      </w:r>
    </w:p>
    <w:p>
      <w:pPr>
        <w:spacing w:after="40"/>
      </w:pPr>
      <w:r>
        <w:rPr>
          <w:sz w:val="24"/>
        </w:rPr>
        <w:t xml:space="preserve">☐  </w:t>
      </w:r>
      <w:r>
        <w:rPr>
          <w:color w:val="0F172A"/>
          <w:sz w:val="21"/>
        </w:rPr>
        <w:t>Ausstehend</w:t>
      </w:r>
      <w:r>
        <w:rPr>
          <w:i/>
          <w:color w:val="64748B"/>
          <w:sz w:val="17"/>
        </w:rPr>
        <w:t xml:space="preserve">   weitere Informationen erforderlich</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Anmerkungen der genehmigenden Person</w:t>
            </w:r>
          </w:p>
        </w:tc>
        <w:tc>
          <w:tcPr>
            <w:tcW w:type="dxa" w:w="6048"/>
            <w:shd w:val="clear" w:fill="F8FAFC"/>
          </w:tcPr>
          <w:p>
            <w:r>
              <w:rPr>
                <w:i/>
                <w:color w:val="64748B"/>
                <w:sz w:val="17"/>
              </w:rPr>
              <w:t>bei Ablehnung den geschäftlichen Grund angeben</w:t>
            </w:r>
          </w:p>
        </w:tc>
      </w:tr>
      <w:tr>
        <w:tc>
          <w:tcPr>
            <w:tcW w:type="dxa" w:w="3024"/>
          </w:tcPr>
          <w:p>
            <w:r>
              <w:rPr>
                <w:b/>
                <w:color w:val="0F172A"/>
                <w:sz w:val="20"/>
              </w:rPr>
              <w:t>Name und Unterschrift der genehmigenden Person</w:t>
            </w:r>
          </w:p>
        </w:tc>
        <w:tc>
          <w:tcPr>
            <w:tcW w:type="dxa" w:w="6048"/>
            <w:shd w:val="clear" w:fill="F8FAFC"/>
          </w:tcPr>
          <w:p/>
        </w:tc>
      </w:tr>
      <w:tr>
        <w:tc>
          <w:tcPr>
            <w:tcW w:type="dxa" w:w="3024"/>
          </w:tcPr>
          <w:p>
            <w:r>
              <w:rPr>
                <w:b/>
                <w:color w:val="0F172A"/>
                <w:sz w:val="20"/>
              </w:rPr>
              <w:t>Datum</w:t>
            </w:r>
          </w:p>
        </w:tc>
        <w:tc>
          <w:tcPr>
            <w:tcW w:type="dxa" w:w="6048"/>
            <w:shd w:val="clear" w:fill="F8FAFC"/>
          </w:tcPr>
          <w:p/>
        </w:tc>
      </w:tr>
    </w:tbl>
    <w:p>
      <w:pPr>
        <w:spacing w:after="40"/>
      </w:pPr>
    </w:p>
    <w:p>
      <w:pPr>
        <w:spacing w:before="240"/>
      </w:pPr>
      <w:r>
        <w:rPr>
          <w:b/>
          <w:color w:val="0F172A"/>
          <w:sz w:val="18"/>
        </w:rPr>
        <w:t>Datenschutzhinweis</w:t>
      </w:r>
    </w:p>
    <w:p>
      <w:pPr>
        <w:spacing w:before="80"/>
      </w:pPr>
      <w:r>
        <w:rPr>
          <w:i/>
          <w:color w:val="64748B"/>
          <w:sz w:val="18"/>
        </w:rPr>
        <w:t>Die personenbezogenen Angaben auf diesem Formular werden zur Verwaltung des Urlaubs im Rahmen Ihres Arbeitsvertrags verwendet. Sie werden sicher und mit eingeschränktem Zugriff gespeichert, im Einklang mit der Datenschutzerklärung des Unternehmens und dem Datenschutzrecht.</w:t>
      </w:r>
    </w:p>
    <w:p>
      <w:pPr>
        <w:spacing w:before="320"/>
        <w:jc w:val="center"/>
      </w:pPr>
      <w:r>
        <w:rPr>
          <w:b/>
          <w:color w:val="3B5BFF"/>
          <w:sz w:val="19"/>
        </w:rPr>
        <w:t>Kostenlose Vorlage von Book Time Off</w:t>
      </w:r>
    </w:p>
    <w:p>
      <w:pPr>
        <w:jc w:val="center"/>
      </w:pPr>
      <w:hyperlink r:id="rId9">
        <w:r>
          <w:rPr>
            <w:color w:val="3B5BFF"/>
            <w:u w:val="single"/>
            <w:b/>
            <w:sz w:val="17"/>
          </w:rPr>
          <w:t xml:space="preserve">Kostenlose 30-Tage-Testphase starten</w:t>
        </w:r>
      </w:hyperlink>
      <w:r>
        <w:rPr>
          <w:color w:val="64748B"/>
          <w:sz w:val="17"/>
        </w:rPr>
        <w:t xml:space="preserve"> und den Urlaub jedes Teammitglieds automatisch verfolgen. €1 pro Nutzer / Monat  ·  keine Karte erforderlich.</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334155"/>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book-time-off.com/app?signup=1&amp;country=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