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FERIENANTRAG FORMULAR</w:t>
      </w:r>
    </w:p>
    <w:p>
      <w:pPr>
        <w:spacing w:after="200"/>
        <w:jc w:val="center"/>
      </w:pPr>
      <w:r>
        <w:rPr>
          <w:color w:val="64748B"/>
          <w:sz w:val="20"/>
        </w:rPr>
        <w:t>Für Teams in der Schweiz  ·  Bei der vorgesetzten Person einreichen. Halten Sie die im Reglement Ihres Unternehmens verlangte Frist ein.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Firmenname</w:t>
            </w:r>
          </w:p>
        </w:tc>
        <w:tc>
          <w:tcPr>
            <w:tcW w:type="dxa" w:w="6048"/>
            <w:shd w:val="clear" w:fill="F8FAFC"/>
          </w:tcPr>
          <w:p/>
        </w:tc>
      </w:tr>
      <w:tr>
        <w:tc>
          <w:tcPr>
            <w:tcW w:type="dxa" w:w="3024"/>
          </w:tcPr>
          <w:p>
            <w:r>
              <w:rPr>
                <w:b/>
                <w:color w:val="0F172A"/>
                <w:sz w:val="20"/>
              </w:rPr>
              <w:t>Ferienjahr</w:t>
            </w:r>
          </w:p>
        </w:tc>
        <w:tc>
          <w:tcPr>
            <w:tcW w:type="dxa" w:w="6048"/>
            <w:shd w:val="clear" w:fill="F8FAFC"/>
          </w:tcPr>
          <w:p>
            <w:r>
              <w:rPr>
                <w:i/>
                <w:color w:val="64748B"/>
                <w:sz w:val="17"/>
              </w:rPr>
              <w:t>zum Beispiel Jan. bis Dez. 2026, oder Apr. 2026 bis März 2027</w:t>
            </w:r>
          </w:p>
        </w:tc>
      </w:tr>
    </w:tbl>
    <w:p>
      <w:pPr>
        <w:spacing w:after="40"/>
      </w:pPr>
    </w:p>
    <w:p>
      <w:pPr>
        <w:spacing w:before="240" w:after="80"/>
        <w:pBdr>
          <w:bottom w:val="single" w:sz="6" w:space="2" w:color="C7D2FE"/>
        </w:pBdr>
      </w:pPr>
      <w:r>
        <w:rPr>
          <w:b/>
          <w:color w:val="3B5BFF"/>
          <w:sz w:val="24"/>
        </w:rPr>
        <w:t>STEP 1  ·  Ihre Angaben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Vollständiger Name</w:t>
            </w:r>
          </w:p>
        </w:tc>
        <w:tc>
          <w:tcPr>
            <w:tcW w:type="dxa" w:w="6048"/>
            <w:shd w:val="clear" w:fill="F8FAFC"/>
          </w:tcPr>
          <w:p/>
        </w:tc>
      </w:tr>
      <w:tr>
        <w:tc>
          <w:tcPr>
            <w:tcW w:type="dxa" w:w="3024"/>
          </w:tcPr>
          <w:p>
            <w:r>
              <w:rPr>
                <w:b/>
                <w:color w:val="0F172A"/>
                <w:sz w:val="20"/>
              </w:rPr>
              <w:t>Funktion</w:t>
            </w:r>
          </w:p>
        </w:tc>
        <w:tc>
          <w:tcPr>
            <w:tcW w:type="dxa" w:w="6048"/>
            <w:shd w:val="clear" w:fill="F8FAFC"/>
          </w:tcPr>
          <w:p/>
        </w:tc>
      </w:tr>
      <w:tr>
        <w:tc>
          <w:tcPr>
            <w:tcW w:type="dxa" w:w="3024"/>
          </w:tcPr>
          <w:p>
            <w:r>
              <w:rPr>
                <w:b/>
                <w:color w:val="0F172A"/>
                <w:sz w:val="20"/>
              </w:rPr>
              <w:t>Abteilung</w:t>
            </w:r>
          </w:p>
        </w:tc>
        <w:tc>
          <w:tcPr>
            <w:tcW w:type="dxa" w:w="6048"/>
            <w:shd w:val="clear" w:fill="F8FAFC"/>
          </w:tcPr>
          <w:p/>
        </w:tc>
      </w:tr>
      <w:tr>
        <w:tc>
          <w:tcPr>
            <w:tcW w:type="dxa" w:w="3024"/>
          </w:tcPr>
          <w:p>
            <w:r>
              <w:rPr>
                <w:b/>
                <w:color w:val="0F172A"/>
                <w:sz w:val="20"/>
              </w:rPr>
              <w:t>Personalnummer</w:t>
            </w:r>
          </w:p>
        </w:tc>
        <w:tc>
          <w:tcPr>
            <w:tcW w:type="dxa" w:w="6048"/>
            <w:shd w:val="clear" w:fill="F8FAFC"/>
          </w:tcPr>
          <w:p>
            <w:r>
              <w:rPr>
                <w:i/>
                <w:color w:val="64748B"/>
                <w:sz w:val="17"/>
              </w:rPr>
              <w:t>falls vorhanden</w:t>
            </w:r>
          </w:p>
        </w:tc>
      </w:tr>
      <w:tr>
        <w:tc>
          <w:tcPr>
            <w:tcW w:type="dxa" w:w="3024"/>
          </w:tcPr>
          <w:p>
            <w:r>
              <w:rPr>
                <w:b/>
                <w:color w:val="0F172A"/>
                <w:sz w:val="20"/>
              </w:rPr>
              <w:t>Vorgesetzte Person</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Daten und Anzahl der Ferientage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Erster Ferientag</w:t>
            </w:r>
          </w:p>
        </w:tc>
        <w:tc>
          <w:tcPr>
            <w:tcW w:type="dxa" w:w="6048"/>
            <w:shd w:val="clear" w:fill="F8FAFC"/>
          </w:tcPr>
          <w:p>
            <w:r>
              <w:rPr>
                <w:i/>
                <w:color w:val="64748B"/>
                <w:sz w:val="17"/>
              </w:rPr>
              <w:t>TT / MM / JJJJ</w:t>
            </w:r>
          </w:p>
        </w:tc>
      </w:tr>
      <w:tr>
        <w:tc>
          <w:tcPr>
            <w:tcW w:type="dxa" w:w="3024"/>
          </w:tcPr>
          <w:p>
            <w:r>
              <w:rPr>
                <w:b/>
                <w:color w:val="0F172A"/>
                <w:sz w:val="20"/>
              </w:rPr>
              <w:t>Letzter Ferientag</w:t>
            </w:r>
          </w:p>
        </w:tc>
        <w:tc>
          <w:tcPr>
            <w:tcW w:type="dxa" w:w="6048"/>
            <w:shd w:val="clear" w:fill="F8FAFC"/>
          </w:tcPr>
          <w:p>
            <w:r>
              <w:rPr>
                <w:i/>
                <w:color w:val="64748B"/>
                <w:sz w:val="17"/>
              </w:rPr>
              <w:t>TT / MM / JJJJ</w:t>
            </w:r>
          </w:p>
        </w:tc>
      </w:tr>
    </w:tbl>
    <w:p>
      <w:pPr>
        <w:spacing w:after="40"/>
      </w:pPr>
    </w:p>
    <w:p>
      <w:pPr>
        <w:spacing w:after="40"/>
      </w:pPr>
      <w:r>
        <w:rPr>
          <w:sz w:val="24"/>
        </w:rPr>
        <w:t xml:space="preserve">☐  </w:t>
      </w:r>
      <w:r>
        <w:rPr>
          <w:color w:val="0F172A"/>
          <w:sz w:val="21"/>
        </w:rPr>
        <w:t>Ganze Tage</w:t>
      </w:r>
      <w:r>
        <w:rPr>
          <w:i/>
          <w:color w:val="64748B"/>
          <w:sz w:val="17"/>
        </w:rPr>
        <w:t xml:space="preserve">   sowohl der erste als auch der letzte Tag sind ganze Tage</w:t>
      </w:r>
    </w:p>
    <w:p>
      <w:pPr>
        <w:spacing w:after="40"/>
      </w:pPr>
      <w:r>
        <w:rPr>
          <w:sz w:val="24"/>
        </w:rPr>
        <w:t xml:space="preserve">☐  </w:t>
      </w:r>
      <w:r>
        <w:rPr>
          <w:color w:val="0F172A"/>
          <w:sz w:val="21"/>
        </w:rPr>
        <w:t>Halber Tag · Start am Vormittag</w:t>
      </w:r>
      <w:r>
        <w:rPr>
          <w:i/>
          <w:color w:val="64748B"/>
          <w:sz w:val="17"/>
        </w:rPr>
        <w:t xml:space="preserve">   Rückkehr am Nachmittag des letzten Tages</w:t>
      </w:r>
    </w:p>
    <w:p>
      <w:pPr>
        <w:spacing w:after="40"/>
      </w:pPr>
      <w:r>
        <w:rPr>
          <w:sz w:val="24"/>
        </w:rPr>
        <w:t xml:space="preserve">☐  </w:t>
      </w:r>
      <w:r>
        <w:rPr>
          <w:color w:val="0F172A"/>
          <w:sz w:val="21"/>
        </w:rPr>
        <w:t>Halber Tag · Start am Nachmittag</w:t>
      </w:r>
      <w:r>
        <w:rPr>
          <w:i/>
          <w:color w:val="64748B"/>
          <w:sz w:val="17"/>
        </w:rPr>
        <w:t xml:space="preserve">   der erste Tag ist nur ein Nachmittag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Total beantragte Arbeitstage</w:t>
            </w:r>
          </w:p>
        </w:tc>
        <w:tc>
          <w:tcPr>
            <w:tcW w:type="dxa" w:w="6048"/>
            <w:shd w:val="clear" w:fill="F8FAFC"/>
          </w:tcPr>
          <w:p>
            <w:r>
              <w:rPr>
                <w:i/>
                <w:color w:val="64748B"/>
                <w:sz w:val="17"/>
              </w:rPr>
              <w:t>zählen Sie Wochenenden und Feiertage nicht mit, ausser Sie würden normalerweise an diesen Tagen arbeiten</w:t>
            </w:r>
          </w:p>
        </w:tc>
      </w:tr>
      <w:tr>
        <w:tc>
          <w:tcPr>
            <w:tcW w:type="dxa" w:w="3024"/>
          </w:tcPr>
          <w:p>
            <w:r>
              <w:rPr>
                <w:b/>
                <w:color w:val="0F172A"/>
                <w:sz w:val="20"/>
              </w:rPr>
              <w:t>Verbleibende Tage nach diesem Antrag</w:t>
            </w:r>
          </w:p>
        </w:tc>
        <w:tc>
          <w:tcPr>
            <w:tcW w:type="dxa" w:w="6048"/>
            <w:shd w:val="clear" w:fill="F8FAFC"/>
          </w:tcPr>
          <w:p>
            <w:r>
              <w:rPr>
                <w:i/>
                <w:color w:val="64748B"/>
                <w:sz w:val="17"/>
              </w:rPr>
              <w:t>von Ihrem aktuellen Anspruch</w:t>
            </w:r>
          </w:p>
        </w:tc>
      </w:tr>
    </w:tbl>
    <w:p>
      <w:pPr>
        <w:spacing w:after="40"/>
      </w:pPr>
    </w:p>
    <w:p>
      <w:pPr>
        <w:spacing w:before="240" w:after="80"/>
        <w:pBdr>
          <w:bottom w:val="single" w:sz="6" w:space="2" w:color="C7D2FE"/>
        </w:pBdr>
      </w:pPr>
      <w:r>
        <w:rPr>
          <w:b/>
          <w:color w:val="3B5BFF"/>
          <w:sz w:val="24"/>
        </w:rPr>
        <w:t>STEP 3  ·  Art des Urlaubs</w:t>
      </w:r>
    </w:p>
    <w:p>
      <w:pPr>
        <w:spacing w:after="40"/>
      </w:pPr>
      <w:r>
        <w:rPr>
          <w:sz w:val="24"/>
        </w:rPr>
        <w:t xml:space="preserve">☐  </w:t>
      </w:r>
      <w:r>
        <w:rPr>
          <w:color w:val="0F172A"/>
          <w:sz w:val="21"/>
        </w:rPr>
        <w:t>Ferien (laufendes Jahr)</w:t>
      </w:r>
    </w:p>
    <w:p>
      <w:pPr>
        <w:spacing w:after="40"/>
      </w:pPr>
      <w:r>
        <w:rPr>
          <w:sz w:val="24"/>
        </w:rPr>
        <w:t xml:space="preserve">☐  </w:t>
      </w:r>
      <w:r>
        <w:rPr>
          <w:color w:val="0F172A"/>
          <w:sz w:val="21"/>
        </w:rPr>
        <w:t>Ferien (übertragen)</w:t>
      </w:r>
    </w:p>
    <w:p>
      <w:pPr>
        <w:spacing w:after="40"/>
      </w:pPr>
      <w:r>
        <w:rPr>
          <w:sz w:val="24"/>
        </w:rPr>
        <w:t xml:space="preserve">☐  </w:t>
      </w:r>
      <w:r>
        <w:rPr>
          <w:color w:val="0F172A"/>
          <w:sz w:val="21"/>
        </w:rPr>
        <w:t>Unbezahlter Urlaub</w:t>
      </w:r>
    </w:p>
    <w:p>
      <w:pPr>
        <w:spacing w:after="40"/>
      </w:pPr>
      <w:r>
        <w:rPr>
          <w:sz w:val="24"/>
        </w:rPr>
        <w:t xml:space="preserve">☐  </w:t>
      </w:r>
      <w:r>
        <w:rPr>
          <w:color w:val="0F172A"/>
          <w:sz w:val="21"/>
        </w:rPr>
        <w:t>Anderes</w:t>
      </w:r>
      <w:r>
        <w:rPr>
          <w:i/>
          <w:color w:val="64748B"/>
          <w:sz w:val="17"/>
        </w:rPr>
        <w:t xml:space="preserve">   bitte angeben, zum Beispiel Kompensationszeit (TOIL)</w:t>
      </w:r>
    </w:p>
    <w:p>
      <w:pPr>
        <w:spacing w:before="240" w:after="80"/>
        <w:pBdr>
          <w:bottom w:val="single" w:sz="6" w:space="2" w:color="C7D2FE"/>
        </w:pBdr>
      </w:pPr>
      <w:r>
        <w:rPr>
          <w:b/>
          <w:color w:val="3B5BFF"/>
          <w:sz w:val="24"/>
        </w:rPr>
        <w:t>STEP 4  ·  Stellvertretung und Übergabe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Wer übernimmt Ihre Aufgaben?</w:t>
            </w:r>
          </w:p>
        </w:tc>
        <w:tc>
          <w:tcPr>
            <w:tcW w:type="dxa" w:w="6048"/>
            <w:shd w:val="clear" w:fill="F8FAFC"/>
          </w:tcPr>
          <w:p>
            <w:r>
              <w:rPr>
                <w:i/>
                <w:color w:val="64748B"/>
                <w:sz w:val="17"/>
              </w:rPr>
              <w:t>Name und Funktion</w:t>
            </w:r>
          </w:p>
        </w:tc>
      </w:tr>
      <w:tr>
        <w:tc>
          <w:tcPr>
            <w:tcW w:type="dxa" w:w="3024"/>
          </w:tcPr>
          <w:p>
            <w:r>
              <w:rPr>
                <w:b/>
                <w:color w:val="0F172A"/>
                <w:sz w:val="20"/>
              </w:rPr>
              <w:t>Übergabenotizen</w:t>
            </w:r>
          </w:p>
        </w:tc>
        <w:tc>
          <w:tcPr>
            <w:tcW w:type="dxa" w:w="6048"/>
            <w:shd w:val="clear" w:fill="F8FAFC"/>
          </w:tcPr>
          <w:p>
            <w:r>
              <w:rPr>
                <w:i/>
                <w:color w:val="64748B"/>
                <w:sz w:val="17"/>
              </w:rPr>
              <w:t>Fristen, Sitzungen, laufende Arbeiten oder Ansprechpersonen, die während Ihrer Abwesenheit abgedeckt sein müssen</w:t>
            </w:r>
          </w:p>
        </w:tc>
      </w:tr>
    </w:tbl>
    <w:p>
      <w:pPr>
        <w:spacing w:after="40"/>
      </w:pPr>
    </w:p>
    <w:p>
      <w:pPr>
        <w:spacing w:before="240" w:after="80"/>
        <w:pBdr>
          <w:bottom w:val="single" w:sz="6" w:space="2" w:color="C7D2FE"/>
        </w:pBdr>
      </w:pPr>
      <w:r>
        <w:rPr>
          <w:b/>
          <w:color w:val="3B5BFF"/>
          <w:sz w:val="24"/>
        </w:rPr>
        <w:t>STEP 5  ·  Ihre Erklärung</w:t>
      </w:r>
    </w:p>
    <w:p>
      <w:pPr>
        <w:spacing w:after="20"/>
        <w:ind w:left="288"/>
      </w:pPr>
      <w:r>
        <w:rPr>
          <w:color w:val="3B5BFF"/>
        </w:rPr>
        <w:t xml:space="preserve">•  </w:t>
      </w:r>
      <w:r>
        <w:rPr>
          <w:sz w:val="20"/>
        </w:rPr>
        <w:t>Ich habe die im Reglement meines Unternehmens verlangte Frist eingehalten.</w:t>
      </w:r>
    </w:p>
    <w:p>
      <w:pPr>
        <w:spacing w:after="20"/>
        <w:ind w:left="288"/>
      </w:pPr>
      <w:r>
        <w:rPr>
          <w:color w:val="3B5BFF"/>
        </w:rPr>
        <w:t xml:space="preserve">•  </w:t>
      </w:r>
      <w:r>
        <w:rPr>
          <w:sz w:val="20"/>
        </w:rPr>
        <w:t>Ich habe genügend Ferientage übrig, um diesen Antrag zu decken.</w:t>
      </w:r>
    </w:p>
    <w:p>
      <w:pPr>
        <w:spacing w:after="20"/>
        <w:ind w:left="288"/>
      </w:pPr>
      <w:r>
        <w:rPr>
          <w:color w:val="3B5BFF"/>
        </w:rPr>
        <w:t xml:space="preserve">•  </w:t>
      </w:r>
      <w:r>
        <w:rPr>
          <w:sz w:val="20"/>
        </w:rPr>
        <w:t>Ich habe eine geeignete Stellvertretung und eine Übergabe mit der oben genannten Person geregelt.</w:t>
      </w:r>
    </w:p>
    <w:p>
      <w:pPr>
        <w:spacing w:after="20"/>
        <w:ind w:left="288"/>
      </w:pPr>
      <w:r>
        <w:rPr>
          <w:color w:val="3B5BFF"/>
        </w:rPr>
        <w:t xml:space="preserve">•  </w:t>
      </w:r>
      <w:r>
        <w:rPr>
          <w:sz w:val="20"/>
        </w:rPr>
        <w:t>Ich habe das Ferienreglement des Unternehmens gelesen und werde es befolgen.</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Unterschrift Mitarbeitende</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Für die genehmigende Person</w:t>
      </w:r>
    </w:p>
    <w:p>
      <w:pPr>
        <w:spacing w:after="40"/>
      </w:pPr>
      <w:r>
        <w:rPr>
          <w:sz w:val="24"/>
        </w:rPr>
        <w:t xml:space="preserve">☐  </w:t>
      </w:r>
      <w:r>
        <w:rPr>
          <w:color w:val="0F172A"/>
          <w:sz w:val="21"/>
        </w:rPr>
        <w:t>Genehmigt</w:t>
      </w:r>
      <w:r>
        <w:rPr>
          <w:i/>
          <w:color w:val="64748B"/>
          <w:sz w:val="17"/>
        </w:rPr>
        <w:t xml:space="preserve">   Ferien gebucht und erfasst</w:t>
      </w:r>
    </w:p>
    <w:p>
      <w:pPr>
        <w:spacing w:after="40"/>
      </w:pPr>
      <w:r>
        <w:rPr>
          <w:sz w:val="24"/>
        </w:rPr>
        <w:t xml:space="preserve">☐  </w:t>
      </w:r>
      <w:r>
        <w:rPr>
          <w:color w:val="0F172A"/>
          <w:sz w:val="21"/>
        </w:rPr>
        <w:t>Abgelehnt</w:t>
      </w:r>
      <w:r>
        <w:rPr>
          <w:i/>
          <w:color w:val="64748B"/>
          <w:sz w:val="17"/>
        </w:rPr>
        <w:t xml:space="preserve">   Begründung unten angegeben</w:t>
      </w:r>
    </w:p>
    <w:p>
      <w:pPr>
        <w:spacing w:after="40"/>
      </w:pPr>
      <w:r>
        <w:rPr>
          <w:sz w:val="24"/>
        </w:rPr>
        <w:t xml:space="preserve">☐  </w:t>
      </w:r>
      <w:r>
        <w:rPr>
          <w:color w:val="0F172A"/>
          <w:sz w:val="21"/>
        </w:rPr>
        <w:t>Ausstehend</w:t>
      </w:r>
      <w:r>
        <w:rPr>
          <w:i/>
          <w:color w:val="64748B"/>
          <w:sz w:val="17"/>
        </w:rPr>
        <w:t xml:space="preserve">   weitere Informationen nötig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Kommentare der genehmigenden Person</w:t>
            </w:r>
          </w:p>
        </w:tc>
        <w:tc>
          <w:tcPr>
            <w:tcW w:type="dxa" w:w="6048"/>
            <w:shd w:val="clear" w:fill="F8FAFC"/>
          </w:tcPr>
          <w:p>
            <w:r>
              <w:rPr>
                <w:i/>
                <w:color w:val="64748B"/>
                <w:sz w:val="17"/>
              </w:rPr>
              <w:t>bei einer Ablehnung den geschäftlichen Grund angeben</w:t>
            </w:r>
          </w:p>
        </w:tc>
      </w:tr>
      <w:tr>
        <w:tc>
          <w:tcPr>
            <w:tcW w:type="dxa" w:w="3024"/>
          </w:tcPr>
          <w:p>
            <w:r>
              <w:rPr>
                <w:b/>
                <w:color w:val="0F172A"/>
                <w:sz w:val="20"/>
              </w:rPr>
              <w:t>Name und Unterschrift der genehmigenden Person</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pPr>
      <w:r>
        <w:rPr>
          <w:b/>
          <w:color w:val="0F172A"/>
          <w:sz w:val="18"/>
        </w:rPr>
        <w:t>Hinweis zum Datenschutz</w:t>
      </w:r>
    </w:p>
    <w:p>
      <w:pPr>
        <w:spacing w:before="80"/>
      </w:pPr>
      <w:r>
        <w:rPr>
          <w:i/>
          <w:color w:val="64748B"/>
          <w:sz w:val="18"/>
        </w:rPr>
        <w:t>Die persönlichen Angaben auf diesem Formular werden zur Verwaltung der Ferien im Rahmen Ihres Arbeitsvertrags verwendet. Sie werden sicher und mit eingeschränktem Zugriff aufbewahrt, gemäss der Datenschutzerklärung des Unternehmens und dem Datenschutzrecht.</w:t>
      </w:r>
    </w:p>
    <w:p>
      <w:pPr>
        <w:spacing w:before="320"/>
        <w:jc w:val="center"/>
      </w:pPr>
      <w:r>
        <w:rPr>
          <w:b/>
          <w:color w:val="3B5BFF"/>
          <w:sz w:val="19"/>
        </w:rPr>
        <w:t>Gratis Vorlage von Book Time Off</w:t>
      </w:r>
    </w:p>
    <w:p>
      <w:pPr>
        <w:jc w:val="center"/>
      </w:pPr>
      <w:hyperlink r:id="rId9">
        <w:r>
          <w:rPr>
            <w:color w:val="3B5BFF"/>
            <w:u w:val="single"/>
            <w:b/>
            <w:sz w:val="17"/>
          </w:rPr>
          <w:t xml:space="preserve">Starten Sie einen 30-tägigen Gratis-Test</w:t>
        </w:r>
      </w:hyperlink>
      <w:r>
        <w:rPr>
          <w:color w:val="64748B"/>
          <w:sz w:val="17"/>
        </w:rPr>
        <w:t xml:space="preserve"> und verfolgen Sie die Ferien jedes Teammitglieds automatisch. €1 pro Nutzer / Monat  ·  keine Karte nötig.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