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FORMULARI DE SOL·LICITUD DE VACANCES</w:t>
      </w:r>
    </w:p>
    <w:p>
      <w:pPr>
        <w:spacing w:after="200"/>
        <w:jc w:val="center"/>
      </w:pPr>
      <w:r>
        <w:rPr>
          <w:color w:val="64748B"/>
          <w:sz w:val="20"/>
        </w:rPr>
        <w:t>Per a equips a Andorra  ·  Lliura'l al teu responsable directe. Dona tant preavís com exigeixi la política de la teva empresa.</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Nom de l'empresa</w:t>
            </w:r>
          </w:p>
        </w:tc>
        <w:tc>
          <w:tcPr>
            <w:tcW w:type="dxa" w:w="6048"/>
            <w:shd w:val="clear" w:fill="F8FAFC"/>
          </w:tcPr>
          <w:p/>
        </w:tc>
      </w:tr>
      <w:tr>
        <w:tc>
          <w:tcPr>
            <w:tcW w:type="dxa" w:w="3024"/>
          </w:tcPr>
          <w:p>
            <w:r>
              <w:rPr>
                <w:b/>
                <w:color w:val="0F172A"/>
                <w:sz w:val="20"/>
              </w:rPr>
              <w:t>Any de referència</w:t>
            </w:r>
          </w:p>
        </w:tc>
        <w:tc>
          <w:tcPr>
            <w:tcW w:type="dxa" w:w="6048"/>
            <w:shd w:val="clear" w:fill="F8FAFC"/>
          </w:tcPr>
          <w:p>
            <w:r>
              <w:rPr>
                <w:i/>
                <w:color w:val="64748B"/>
                <w:sz w:val="17"/>
              </w:rPr>
              <w:t>per exemple, de gen. a des. 2026, o d'abr. 2026 a març 2027</w:t>
            </w:r>
          </w:p>
        </w:tc>
      </w:tr>
    </w:tbl>
    <w:p>
      <w:pPr>
        <w:spacing w:after="40"/>
      </w:pPr>
    </w:p>
    <w:p>
      <w:pPr>
        <w:spacing w:before="240" w:after="80"/>
        <w:pBdr>
          <w:bottom w:val="single" w:sz="6" w:space="2" w:color="C7D2FE"/>
        </w:pBdr>
      </w:pPr>
      <w:r>
        <w:rPr>
          <w:b/>
          <w:color w:val="3B5BFF"/>
          <w:sz w:val="24"/>
        </w:rPr>
        <w:t>STEP 1  ·  Les teves dades</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Nom complet</w:t>
            </w:r>
          </w:p>
        </w:tc>
        <w:tc>
          <w:tcPr>
            <w:tcW w:type="dxa" w:w="6048"/>
            <w:shd w:val="clear" w:fill="F8FAFC"/>
          </w:tcPr>
          <w:p/>
        </w:tc>
      </w:tr>
      <w:tr>
        <w:tc>
          <w:tcPr>
            <w:tcW w:type="dxa" w:w="3024"/>
          </w:tcPr>
          <w:p>
            <w:r>
              <w:rPr>
                <w:b/>
                <w:color w:val="0F172A"/>
                <w:sz w:val="20"/>
              </w:rPr>
              <w:t>Càrrec</w:t>
            </w:r>
          </w:p>
        </w:tc>
        <w:tc>
          <w:tcPr>
            <w:tcW w:type="dxa" w:w="6048"/>
            <w:shd w:val="clear" w:fill="F8FAFC"/>
          </w:tcPr>
          <w:p/>
        </w:tc>
      </w:tr>
      <w:tr>
        <w:tc>
          <w:tcPr>
            <w:tcW w:type="dxa" w:w="3024"/>
          </w:tcPr>
          <w:p>
            <w:r>
              <w:rPr>
                <w:b/>
                <w:color w:val="0F172A"/>
                <w:sz w:val="20"/>
              </w:rPr>
              <w:t>Departament</w:t>
            </w:r>
          </w:p>
        </w:tc>
        <w:tc>
          <w:tcPr>
            <w:tcW w:type="dxa" w:w="6048"/>
            <w:shd w:val="clear" w:fill="F8FAFC"/>
          </w:tcPr>
          <w:p/>
        </w:tc>
      </w:tr>
      <w:tr>
        <w:tc>
          <w:tcPr>
            <w:tcW w:type="dxa" w:w="3024"/>
          </w:tcPr>
          <w:p>
            <w:r>
              <w:rPr>
                <w:b/>
                <w:color w:val="0F172A"/>
                <w:sz w:val="20"/>
              </w:rPr>
              <w:t>Número d'empleat</w:t>
            </w:r>
          </w:p>
        </w:tc>
        <w:tc>
          <w:tcPr>
            <w:tcW w:type="dxa" w:w="6048"/>
            <w:shd w:val="clear" w:fill="F8FAFC"/>
          </w:tcPr>
          <w:p>
            <w:r>
              <w:rPr>
                <w:i/>
                <w:color w:val="64748B"/>
                <w:sz w:val="17"/>
              </w:rPr>
              <w:t>si escau</w:t>
            </w:r>
          </w:p>
        </w:tc>
      </w:tr>
      <w:tr>
        <w:tc>
          <w:tcPr>
            <w:tcW w:type="dxa" w:w="3024"/>
          </w:tcPr>
          <w:p>
            <w:r>
              <w:rPr>
                <w:b/>
                <w:color w:val="0F172A"/>
                <w:sz w:val="20"/>
              </w:rPr>
              <w:t>Responsable directe</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Dates i durada de les vacances</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Primer dia de vacances</w:t>
            </w:r>
          </w:p>
        </w:tc>
        <w:tc>
          <w:tcPr>
            <w:tcW w:type="dxa" w:w="6048"/>
            <w:shd w:val="clear" w:fill="F8FAFC"/>
          </w:tcPr>
          <w:p>
            <w:r>
              <w:rPr>
                <w:i/>
                <w:color w:val="64748B"/>
                <w:sz w:val="17"/>
              </w:rPr>
              <w:t>DD / MM / AAAA</w:t>
            </w:r>
          </w:p>
        </w:tc>
      </w:tr>
      <w:tr>
        <w:tc>
          <w:tcPr>
            <w:tcW w:type="dxa" w:w="3024"/>
          </w:tcPr>
          <w:p>
            <w:r>
              <w:rPr>
                <w:b/>
                <w:color w:val="0F172A"/>
                <w:sz w:val="20"/>
              </w:rPr>
              <w:t>Últim dia de vacances</w:t>
            </w:r>
          </w:p>
        </w:tc>
        <w:tc>
          <w:tcPr>
            <w:tcW w:type="dxa" w:w="6048"/>
            <w:shd w:val="clear" w:fill="F8FAFC"/>
          </w:tcPr>
          <w:p>
            <w:r>
              <w:rPr>
                <w:i/>
                <w:color w:val="64748B"/>
                <w:sz w:val="17"/>
              </w:rPr>
              <w:t>DD / MM / AAAA</w:t>
            </w:r>
          </w:p>
        </w:tc>
      </w:tr>
    </w:tbl>
    <w:p>
      <w:pPr>
        <w:spacing w:after="40"/>
      </w:pPr>
    </w:p>
    <w:p>
      <w:pPr>
        <w:spacing w:after="40"/>
      </w:pPr>
      <w:r>
        <w:rPr>
          <w:sz w:val="24"/>
        </w:rPr>
        <w:t xml:space="preserve">☐  </w:t>
      </w:r>
      <w:r>
        <w:rPr>
          <w:color w:val="0F172A"/>
          <w:sz w:val="21"/>
        </w:rPr>
        <w:t>Dies sencers</w:t>
      </w:r>
      <w:r>
        <w:rPr>
          <w:i/>
          <w:color w:val="64748B"/>
          <w:sz w:val="17"/>
        </w:rPr>
        <w:t xml:space="preserve">   tant el primer com l'últim dia són dies sencers</w:t>
      </w:r>
    </w:p>
    <w:p>
      <w:pPr>
        <w:spacing w:after="40"/>
      </w:pPr>
      <w:r>
        <w:rPr>
          <w:sz w:val="24"/>
        </w:rPr>
        <w:t xml:space="preserve">☐  </w:t>
      </w:r>
      <w:r>
        <w:rPr>
          <w:color w:val="0F172A"/>
          <w:sz w:val="21"/>
        </w:rPr>
        <w:t>Mig dia · inici al matí</w:t>
      </w:r>
      <w:r>
        <w:rPr>
          <w:i/>
          <w:color w:val="64748B"/>
          <w:sz w:val="17"/>
        </w:rPr>
        <w:t xml:space="preserve">   torna a la tarda l'últim dia</w:t>
      </w:r>
    </w:p>
    <w:p>
      <w:pPr>
        <w:spacing w:after="40"/>
      </w:pPr>
      <w:r>
        <w:rPr>
          <w:sz w:val="24"/>
        </w:rPr>
        <w:t xml:space="preserve">☐  </w:t>
      </w:r>
      <w:r>
        <w:rPr>
          <w:color w:val="0F172A"/>
          <w:sz w:val="21"/>
        </w:rPr>
        <w:t>Mig dia · inici a la tarda</w:t>
      </w:r>
      <w:r>
        <w:rPr>
          <w:i/>
          <w:color w:val="64748B"/>
          <w:sz w:val="17"/>
        </w:rPr>
        <w:t xml:space="preserve">   el primer dia és només tarda</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Total de dies laborables sol·licitats</w:t>
            </w:r>
          </w:p>
        </w:tc>
        <w:tc>
          <w:tcPr>
            <w:tcW w:type="dxa" w:w="6048"/>
            <w:shd w:val="clear" w:fill="F8FAFC"/>
          </w:tcPr>
          <w:p>
            <w:r>
              <w:rPr>
                <w:i/>
                <w:color w:val="64748B"/>
                <w:sz w:val="17"/>
              </w:rPr>
              <w:t>no comptis caps de setmana ni dies festius, tret que normalment els treballis</w:t>
            </w:r>
          </w:p>
        </w:tc>
      </w:tr>
      <w:tr>
        <w:tc>
          <w:tcPr>
            <w:tcW w:type="dxa" w:w="3024"/>
          </w:tcPr>
          <w:p>
            <w:r>
              <w:rPr>
                <w:b/>
                <w:color w:val="0F172A"/>
                <w:sz w:val="20"/>
              </w:rPr>
              <w:t>Dies restants després d'aquesta sol·licitud</w:t>
            </w:r>
          </w:p>
        </w:tc>
        <w:tc>
          <w:tcPr>
            <w:tcW w:type="dxa" w:w="6048"/>
            <w:shd w:val="clear" w:fill="F8FAFC"/>
          </w:tcPr>
          <w:p>
            <w:r>
              <w:rPr>
                <w:i/>
                <w:color w:val="64748B"/>
                <w:sz w:val="17"/>
              </w:rPr>
              <w:t>del teu dret actual</w:t>
            </w:r>
          </w:p>
        </w:tc>
      </w:tr>
    </w:tbl>
    <w:p>
      <w:pPr>
        <w:spacing w:after="40"/>
      </w:pPr>
    </w:p>
    <w:p>
      <w:pPr>
        <w:spacing w:before="240" w:after="80"/>
        <w:pBdr>
          <w:bottom w:val="single" w:sz="6" w:space="2" w:color="C7D2FE"/>
        </w:pBdr>
      </w:pPr>
      <w:r>
        <w:rPr>
          <w:b/>
          <w:color w:val="3B5BFF"/>
          <w:sz w:val="24"/>
        </w:rPr>
        <w:t>STEP 3  ·  Tipus de permís</w:t>
      </w:r>
    </w:p>
    <w:p>
      <w:pPr>
        <w:spacing w:after="40"/>
      </w:pPr>
      <w:r>
        <w:rPr>
          <w:sz w:val="24"/>
        </w:rPr>
        <w:t xml:space="preserve">☐  </w:t>
      </w:r>
      <w:r>
        <w:rPr>
          <w:color w:val="0F172A"/>
          <w:sz w:val="21"/>
        </w:rPr>
        <w:t>Vacances (any en curs)</w:t>
      </w:r>
    </w:p>
    <w:p>
      <w:pPr>
        <w:spacing w:after="40"/>
      </w:pPr>
      <w:r>
        <w:rPr>
          <w:sz w:val="24"/>
        </w:rPr>
        <w:t xml:space="preserve">☐  </w:t>
      </w:r>
      <w:r>
        <w:rPr>
          <w:color w:val="0F172A"/>
          <w:sz w:val="21"/>
        </w:rPr>
        <w:t>Vacances (traspassades)</w:t>
      </w:r>
    </w:p>
    <w:p>
      <w:pPr>
        <w:spacing w:after="40"/>
      </w:pPr>
      <w:r>
        <w:rPr>
          <w:sz w:val="24"/>
        </w:rPr>
        <w:t xml:space="preserve">☐  </w:t>
      </w:r>
      <w:r>
        <w:rPr>
          <w:color w:val="0F172A"/>
          <w:sz w:val="21"/>
        </w:rPr>
        <w:t>Permís sense sou</w:t>
      </w:r>
    </w:p>
    <w:p>
      <w:pPr>
        <w:spacing w:after="40"/>
      </w:pPr>
      <w:r>
        <w:rPr>
          <w:sz w:val="24"/>
        </w:rPr>
        <w:t xml:space="preserve">☐  </w:t>
      </w:r>
      <w:r>
        <w:rPr>
          <w:color w:val="0F172A"/>
          <w:sz w:val="21"/>
        </w:rPr>
        <w:t>Altres</w:t>
      </w:r>
      <w:r>
        <w:rPr>
          <w:i/>
          <w:color w:val="64748B"/>
          <w:sz w:val="17"/>
        </w:rPr>
        <w:t xml:space="preserve">   especifica-ho, per exemple recuperació d'hores (bossa d'hores)</w:t>
      </w:r>
    </w:p>
    <w:p>
      <w:pPr>
        <w:spacing w:before="240" w:after="80"/>
        <w:pBdr>
          <w:bottom w:val="single" w:sz="6" w:space="2" w:color="C7D2FE"/>
        </w:pBdr>
      </w:pPr>
      <w:r>
        <w:rPr>
          <w:b/>
          <w:color w:val="3B5BFF"/>
          <w:sz w:val="24"/>
        </w:rPr>
        <w:t>STEP 4  ·  Substitució i traspàs</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Qui cobrirà les teves tasques?</w:t>
            </w:r>
          </w:p>
        </w:tc>
        <w:tc>
          <w:tcPr>
            <w:tcW w:type="dxa" w:w="6048"/>
            <w:shd w:val="clear" w:fill="F8FAFC"/>
          </w:tcPr>
          <w:p>
            <w:r>
              <w:rPr>
                <w:i/>
                <w:color w:val="64748B"/>
                <w:sz w:val="17"/>
              </w:rPr>
              <w:t>nom i càrrec</w:t>
            </w:r>
          </w:p>
        </w:tc>
      </w:tr>
      <w:tr>
        <w:tc>
          <w:tcPr>
            <w:tcW w:type="dxa" w:w="3024"/>
          </w:tcPr>
          <w:p>
            <w:r>
              <w:rPr>
                <w:b/>
                <w:color w:val="0F172A"/>
                <w:sz w:val="20"/>
              </w:rPr>
              <w:t>Notes de traspàs</w:t>
            </w:r>
          </w:p>
        </w:tc>
        <w:tc>
          <w:tcPr>
            <w:tcW w:type="dxa" w:w="6048"/>
            <w:shd w:val="clear" w:fill="F8FAFC"/>
          </w:tcPr>
          <w:p>
            <w:r>
              <w:rPr>
                <w:i/>
                <w:color w:val="64748B"/>
                <w:sz w:val="17"/>
              </w:rPr>
              <w:t>terminis, reunions, feina en curs o contactes a cobrir mentre estiguis fora</w:t>
            </w:r>
          </w:p>
        </w:tc>
      </w:tr>
    </w:tbl>
    <w:p>
      <w:pPr>
        <w:spacing w:after="40"/>
      </w:pPr>
    </w:p>
    <w:p>
      <w:pPr>
        <w:spacing w:before="240" w:after="80"/>
        <w:pBdr>
          <w:bottom w:val="single" w:sz="6" w:space="2" w:color="C7D2FE"/>
        </w:pBdr>
      </w:pPr>
      <w:r>
        <w:rPr>
          <w:b/>
          <w:color w:val="3B5BFF"/>
          <w:sz w:val="24"/>
        </w:rPr>
        <w:t>STEP 5  ·  La teva declaració</w:t>
      </w:r>
    </w:p>
    <w:p>
      <w:pPr>
        <w:spacing w:after="20"/>
        <w:ind w:left="288"/>
      </w:pPr>
      <w:r>
        <w:rPr>
          <w:color w:val="3B5BFF"/>
        </w:rPr>
        <w:t xml:space="preserve">•  </w:t>
      </w:r>
      <w:r>
        <w:rPr>
          <w:sz w:val="20"/>
        </w:rPr>
        <w:t>He donat el preavís que exigeix la política de la meva empresa.</w:t>
      </w:r>
    </w:p>
    <w:p>
      <w:pPr>
        <w:spacing w:after="20"/>
        <w:ind w:left="288"/>
      </w:pPr>
      <w:r>
        <w:rPr>
          <w:color w:val="3B5BFF"/>
        </w:rPr>
        <w:t xml:space="preserve">•  </w:t>
      </w:r>
      <w:r>
        <w:rPr>
          <w:sz w:val="20"/>
        </w:rPr>
        <w:t>Tinc prou vacances restants per cobrir aquesta sol·licitud.</w:t>
      </w:r>
    </w:p>
    <w:p>
      <w:pPr>
        <w:spacing w:after="20"/>
        <w:ind w:left="288"/>
      </w:pPr>
      <w:r>
        <w:rPr>
          <w:color w:val="3B5BFF"/>
        </w:rPr>
        <w:t xml:space="preserve">•  </w:t>
      </w:r>
      <w:r>
        <w:rPr>
          <w:sz w:val="20"/>
        </w:rPr>
        <w:t>He organitzat una substitució adequada i un traspàs amb la persona indicada més amunt.</w:t>
      </w:r>
    </w:p>
    <w:p>
      <w:pPr>
        <w:spacing w:after="20"/>
        <w:ind w:left="288"/>
      </w:pPr>
      <w:r>
        <w:rPr>
          <w:color w:val="3B5BFF"/>
        </w:rPr>
        <w:t xml:space="preserve">•  </w:t>
      </w:r>
      <w:r>
        <w:rPr>
          <w:sz w:val="20"/>
        </w:rPr>
        <w:t>He llegit i compliré la política de vacances de l'empresa.</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Signatura de l'empleat</w:t>
            </w:r>
          </w:p>
        </w:tc>
        <w:tc>
          <w:tcPr>
            <w:tcW w:type="dxa" w:w="6048"/>
            <w:shd w:val="clear" w:fill="F8FAFC"/>
          </w:tcPr>
          <w:p/>
        </w:tc>
      </w:tr>
      <w:tr>
        <w:tc>
          <w:tcPr>
            <w:tcW w:type="dxa" w:w="3024"/>
          </w:tcPr>
          <w:p>
            <w:r>
              <w:rPr>
                <w:b/>
                <w:color w:val="0F172A"/>
                <w:sz w:val="20"/>
              </w:rPr>
              <w:t>Data</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Per a qui aprova</w:t>
      </w:r>
    </w:p>
    <w:p>
      <w:pPr>
        <w:spacing w:after="40"/>
      </w:pPr>
      <w:r>
        <w:rPr>
          <w:sz w:val="24"/>
        </w:rPr>
        <w:t xml:space="preserve">☐  </w:t>
      </w:r>
      <w:r>
        <w:rPr>
          <w:color w:val="0F172A"/>
          <w:sz w:val="21"/>
        </w:rPr>
        <w:t>Aprovat</w:t>
      </w:r>
      <w:r>
        <w:rPr>
          <w:i/>
          <w:color w:val="64748B"/>
          <w:sz w:val="17"/>
        </w:rPr>
        <w:t xml:space="preserve">   vacances reservades i registrades</w:t>
      </w:r>
    </w:p>
    <w:p>
      <w:pPr>
        <w:spacing w:after="40"/>
      </w:pPr>
      <w:r>
        <w:rPr>
          <w:sz w:val="24"/>
        </w:rPr>
        <w:t xml:space="preserve">☐  </w:t>
      </w:r>
      <w:r>
        <w:rPr>
          <w:color w:val="0F172A"/>
          <w:sz w:val="21"/>
        </w:rPr>
        <w:t>Denegat</w:t>
      </w:r>
      <w:r>
        <w:rPr>
          <w:i/>
          <w:color w:val="64748B"/>
          <w:sz w:val="17"/>
        </w:rPr>
        <w:t xml:space="preserve">   motiu indicat a sota</w:t>
      </w:r>
    </w:p>
    <w:p>
      <w:pPr>
        <w:spacing w:after="40"/>
      </w:pPr>
      <w:r>
        <w:rPr>
          <w:sz w:val="24"/>
        </w:rPr>
        <w:t xml:space="preserve">☐  </w:t>
      </w:r>
      <w:r>
        <w:rPr>
          <w:color w:val="0F172A"/>
          <w:sz w:val="21"/>
        </w:rPr>
        <w:t>Pendent</w:t>
      </w:r>
      <w:r>
        <w:rPr>
          <w:i/>
          <w:color w:val="64748B"/>
          <w:sz w:val="17"/>
        </w:rPr>
        <w:t xml:space="preserve">   cal més informació</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Comentaris de qui aprova</w:t>
            </w:r>
          </w:p>
        </w:tc>
        <w:tc>
          <w:tcPr>
            <w:tcW w:type="dxa" w:w="6048"/>
            <w:shd w:val="clear" w:fill="F8FAFC"/>
          </w:tcPr>
          <w:p>
            <w:r>
              <w:rPr>
                <w:i/>
                <w:color w:val="64748B"/>
                <w:sz w:val="17"/>
              </w:rPr>
              <w:t>si es denega, indica el motiu empresarial</w:t>
            </w:r>
          </w:p>
        </w:tc>
      </w:tr>
      <w:tr>
        <w:tc>
          <w:tcPr>
            <w:tcW w:type="dxa" w:w="3024"/>
          </w:tcPr>
          <w:p>
            <w:r>
              <w:rPr>
                <w:b/>
                <w:color w:val="0F172A"/>
                <w:sz w:val="20"/>
              </w:rPr>
              <w:t>Nom i signatura de qui aprova</w:t>
            </w:r>
          </w:p>
        </w:tc>
        <w:tc>
          <w:tcPr>
            <w:tcW w:type="dxa" w:w="6048"/>
            <w:shd w:val="clear" w:fill="F8FAFC"/>
          </w:tcPr>
          <w:p/>
        </w:tc>
      </w:tr>
      <w:tr>
        <w:tc>
          <w:tcPr>
            <w:tcW w:type="dxa" w:w="3024"/>
          </w:tcPr>
          <w:p>
            <w:r>
              <w:rPr>
                <w:b/>
                <w:color w:val="0F172A"/>
                <w:sz w:val="20"/>
              </w:rPr>
              <w:t>Data</w:t>
            </w:r>
          </w:p>
        </w:tc>
        <w:tc>
          <w:tcPr>
            <w:tcW w:type="dxa" w:w="6048"/>
            <w:shd w:val="clear" w:fill="F8FAFC"/>
          </w:tcPr>
          <w:p/>
        </w:tc>
      </w:tr>
    </w:tbl>
    <w:p>
      <w:pPr>
        <w:spacing w:after="40"/>
      </w:pPr>
    </w:p>
    <w:p>
      <w:pPr>
        <w:spacing w:before="240"/>
      </w:pPr>
      <w:r>
        <w:rPr>
          <w:b/>
          <w:color w:val="0F172A"/>
          <w:sz w:val="18"/>
        </w:rPr>
        <w:t>Nota sobre les dades</w:t>
      </w:r>
    </w:p>
    <w:p>
      <w:pPr>
        <w:spacing w:before="80"/>
      </w:pPr>
      <w:r>
        <w:rPr>
          <w:i/>
          <w:color w:val="64748B"/>
          <w:sz w:val="18"/>
        </w:rPr>
        <w:t>La informació personal d'aquest formulari s'utilitza per gestionar les vacances en el marc del teu contracte de treball. Es conserva de manera segura amb accés restringit, d'acord amb la política de privacitat de l'empresa i la normativa de protecció de dades.</w:t>
      </w:r>
    </w:p>
    <w:p>
      <w:pPr>
        <w:spacing w:before="320"/>
        <w:jc w:val="center"/>
      </w:pPr>
      <w:r>
        <w:rPr>
          <w:b/>
          <w:color w:val="3B5BFF"/>
          <w:sz w:val="19"/>
        </w:rPr>
        <w:t>Plantilla gratuïta de Book Time Off</w:t>
      </w:r>
    </w:p>
    <w:p>
      <w:pPr>
        <w:jc w:val="center"/>
      </w:pPr>
      <w:hyperlink r:id="rId9">
        <w:r>
          <w:rPr>
            <w:color w:val="3B5BFF"/>
            <w:u w:val="single"/>
            <w:b/>
            <w:sz w:val="17"/>
          </w:rPr>
          <w:t xml:space="preserve">Comença una prova gratuïta de 30 dies</w:t>
        </w:r>
      </w:hyperlink>
      <w:r>
        <w:rPr>
          <w:color w:val="64748B"/>
          <w:sz w:val="17"/>
        </w:rPr>
        <w:t xml:space="preserve"> i fes el seguiment automàtic de les vacances de cada membre de l'equip. €1 per usuari / mes  ·  sense targeta.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